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530"/>
      </w:tblGrid>
      <w:tr w:rsidR="004344DA" w:rsidRPr="000077C5" w14:paraId="35D70CC2" w14:textId="77777777">
        <w:tc>
          <w:tcPr>
            <w:tcW w:w="10540" w:type="dxa"/>
          </w:tcPr>
          <w:p w14:paraId="1095D3CB" w14:textId="77777777" w:rsidR="004344DA" w:rsidRPr="000077C5" w:rsidRDefault="00000000">
            <w:pPr>
              <w:jc w:val="center"/>
              <w:rPr>
                <w:sz w:val="18"/>
                <w:szCs w:val="18"/>
                <w:lang w:val="es-PE"/>
              </w:rPr>
            </w:pPr>
            <w:r w:rsidRPr="000077C5">
              <w:rPr>
                <w:b/>
                <w:sz w:val="18"/>
                <w:szCs w:val="18"/>
                <w:lang w:val="es-PE"/>
              </w:rPr>
              <w:t xml:space="preserve">FORMATO </w:t>
            </w:r>
            <w:proofErr w:type="spellStart"/>
            <w:r w:rsidRPr="000077C5">
              <w:rPr>
                <w:b/>
                <w:sz w:val="18"/>
                <w:szCs w:val="18"/>
                <w:lang w:val="es-PE"/>
              </w:rPr>
              <w:t>N°</w:t>
            </w:r>
            <w:proofErr w:type="spellEnd"/>
            <w:r w:rsidRPr="000077C5">
              <w:rPr>
                <w:b/>
                <w:sz w:val="18"/>
                <w:szCs w:val="18"/>
                <w:lang w:val="es-PE"/>
              </w:rPr>
              <w:t xml:space="preserve"> 02:</w:t>
            </w:r>
          </w:p>
          <w:p w14:paraId="70924111" w14:textId="721E760B" w:rsidR="004344DA" w:rsidRPr="000077C5" w:rsidRDefault="00000000" w:rsidP="004F396E">
            <w:pPr>
              <w:jc w:val="center"/>
              <w:rPr>
                <w:sz w:val="18"/>
                <w:szCs w:val="18"/>
                <w:lang w:val="es-PE"/>
              </w:rPr>
            </w:pPr>
            <w:r w:rsidRPr="000077C5">
              <w:rPr>
                <w:b/>
                <w:sz w:val="18"/>
                <w:szCs w:val="18"/>
                <w:lang w:val="es-PE"/>
              </w:rPr>
              <w:t>REGISTRO DE INVERSIONES EN OPTIMIZACIÓN, AMPLIACIÓN MARGINAL, REPOSICIÓN Y REHABILITACIÓN</w:t>
            </w:r>
          </w:p>
        </w:tc>
      </w:tr>
      <w:tr w:rsidR="004344DA" w:rsidRPr="000077C5" w14:paraId="6DB077B6" w14:textId="77777777">
        <w:tc>
          <w:tcPr>
            <w:tcW w:w="10540" w:type="dxa"/>
          </w:tcPr>
          <w:p w14:paraId="16113164" w14:textId="3AEB831B" w:rsidR="004344DA" w:rsidRPr="000077C5" w:rsidRDefault="004F396E" w:rsidP="004F396E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(La información registrada en esta ficha tiene carácter de Declaración Jurada - D.S. </w:t>
            </w:r>
            <w:proofErr w:type="spellStart"/>
            <w:r w:rsidRPr="000077C5">
              <w:rPr>
                <w:sz w:val="18"/>
                <w:szCs w:val="18"/>
                <w:lang w:val="es-PE"/>
              </w:rPr>
              <w:t>N°</w:t>
            </w:r>
            <w:proofErr w:type="spellEnd"/>
            <w:r w:rsidRPr="000077C5">
              <w:rPr>
                <w:sz w:val="18"/>
                <w:szCs w:val="18"/>
                <w:lang w:val="es-PE"/>
              </w:rPr>
              <w:t xml:space="preserve"> 027-2017-EF)</w:t>
            </w:r>
          </w:p>
          <w:p w14:paraId="2CA084AC" w14:textId="77777777" w:rsidR="004344DA" w:rsidRPr="000077C5" w:rsidRDefault="00000000">
            <w:pPr>
              <w:rPr>
                <w:b/>
                <w:sz w:val="18"/>
                <w:szCs w:val="18"/>
              </w:rPr>
            </w:pPr>
            <w:r w:rsidRPr="000077C5">
              <w:rPr>
                <w:b/>
                <w:sz w:val="18"/>
                <w:szCs w:val="18"/>
              </w:rPr>
              <w:t>RESPONSABILIDAD FUNCIONAL DE LA INVERSIÓN</w:t>
            </w:r>
          </w:p>
          <w:p w14:paraId="026E556D" w14:textId="77777777" w:rsidR="004F396E" w:rsidRPr="000077C5" w:rsidRDefault="004F396E">
            <w:pPr>
              <w:rPr>
                <w:sz w:val="18"/>
                <w:szCs w:val="18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170"/>
              <w:gridCol w:w="5134"/>
            </w:tblGrid>
            <w:tr w:rsidR="004344DA" w:rsidRPr="000077C5" w14:paraId="76E780E9" w14:textId="77777777" w:rsidTr="004F396E">
              <w:tc>
                <w:tcPr>
                  <w:tcW w:w="5174" w:type="dxa"/>
                </w:tcPr>
                <w:p w14:paraId="250E8EEE" w14:textId="77777777" w:rsidR="004344DA" w:rsidRPr="000077C5" w:rsidRDefault="00000000">
                  <w:pPr>
                    <w:rPr>
                      <w:sz w:val="18"/>
                      <w:szCs w:val="18"/>
                    </w:rPr>
                  </w:pPr>
                  <w:r w:rsidRPr="000077C5">
                    <w:rPr>
                      <w:sz w:val="18"/>
                      <w:szCs w:val="18"/>
                    </w:rPr>
                    <w:t>FUNCIÓN</w:t>
                  </w:r>
                </w:p>
              </w:tc>
              <w:tc>
                <w:tcPr>
                  <w:tcW w:w="5140" w:type="dxa"/>
                </w:tcPr>
                <w:p w14:paraId="3A8E0F23" w14:textId="77777777" w:rsidR="004344DA" w:rsidRPr="000077C5" w:rsidRDefault="004344DA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4344DA" w:rsidRPr="000077C5" w14:paraId="676F6894" w14:textId="77777777" w:rsidTr="004F396E">
              <w:tc>
                <w:tcPr>
                  <w:tcW w:w="5174" w:type="dxa"/>
                </w:tcPr>
                <w:p w14:paraId="2A496AA0" w14:textId="77777777" w:rsidR="004344DA" w:rsidRPr="000077C5" w:rsidRDefault="00000000">
                  <w:pPr>
                    <w:rPr>
                      <w:sz w:val="18"/>
                      <w:szCs w:val="18"/>
                    </w:rPr>
                  </w:pPr>
                  <w:r w:rsidRPr="000077C5">
                    <w:rPr>
                      <w:sz w:val="18"/>
                      <w:szCs w:val="18"/>
                    </w:rPr>
                    <w:t>DIVISIÓN FUNCIONAL</w:t>
                  </w:r>
                </w:p>
              </w:tc>
              <w:tc>
                <w:tcPr>
                  <w:tcW w:w="5140" w:type="dxa"/>
                </w:tcPr>
                <w:p w14:paraId="5D8C38E4" w14:textId="77777777" w:rsidR="004344DA" w:rsidRPr="000077C5" w:rsidRDefault="004344DA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4344DA" w:rsidRPr="000077C5" w14:paraId="4D16732E" w14:textId="77777777" w:rsidTr="004F396E">
              <w:tc>
                <w:tcPr>
                  <w:tcW w:w="5174" w:type="dxa"/>
                </w:tcPr>
                <w:p w14:paraId="380BE93B" w14:textId="77777777" w:rsidR="004344DA" w:rsidRPr="000077C5" w:rsidRDefault="00000000">
                  <w:pPr>
                    <w:rPr>
                      <w:sz w:val="18"/>
                      <w:szCs w:val="18"/>
                    </w:rPr>
                  </w:pPr>
                  <w:r w:rsidRPr="000077C5">
                    <w:rPr>
                      <w:sz w:val="18"/>
                      <w:szCs w:val="18"/>
                    </w:rPr>
                    <w:t>GRUPO FUNCIONAL</w:t>
                  </w:r>
                </w:p>
              </w:tc>
              <w:tc>
                <w:tcPr>
                  <w:tcW w:w="5140" w:type="dxa"/>
                </w:tcPr>
                <w:p w14:paraId="3BFF52C0" w14:textId="77777777" w:rsidR="004344DA" w:rsidRPr="000077C5" w:rsidRDefault="004344DA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4344DA" w:rsidRPr="000077C5" w14:paraId="1BB85D95" w14:textId="77777777" w:rsidTr="004F396E">
              <w:tc>
                <w:tcPr>
                  <w:tcW w:w="5174" w:type="dxa"/>
                </w:tcPr>
                <w:p w14:paraId="714D86F9" w14:textId="58E0A75B" w:rsidR="004F396E" w:rsidRPr="000077C5" w:rsidRDefault="00000000">
                  <w:pPr>
                    <w:rPr>
                      <w:sz w:val="18"/>
                      <w:szCs w:val="18"/>
                    </w:rPr>
                  </w:pPr>
                  <w:r w:rsidRPr="000077C5">
                    <w:rPr>
                      <w:sz w:val="18"/>
                      <w:szCs w:val="18"/>
                    </w:rPr>
                    <w:t xml:space="preserve">SECTOR </w:t>
                  </w:r>
                  <w:r w:rsidR="004F396E" w:rsidRPr="000077C5">
                    <w:rPr>
                      <w:sz w:val="18"/>
                      <w:szCs w:val="18"/>
                    </w:rPr>
                    <w:t>RESPONSIBLE</w:t>
                  </w:r>
                </w:p>
              </w:tc>
              <w:tc>
                <w:tcPr>
                  <w:tcW w:w="5140" w:type="dxa"/>
                </w:tcPr>
                <w:p w14:paraId="463FE170" w14:textId="77777777" w:rsidR="004344DA" w:rsidRPr="000077C5" w:rsidRDefault="004344DA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0AEAD315" w14:textId="77777777" w:rsidR="004F396E" w:rsidRPr="000077C5" w:rsidRDefault="004F396E">
            <w:pPr>
              <w:rPr>
                <w:sz w:val="18"/>
                <w:szCs w:val="18"/>
              </w:rPr>
            </w:pPr>
          </w:p>
        </w:tc>
      </w:tr>
      <w:tr w:rsidR="004344DA" w:rsidRPr="000077C5" w14:paraId="2053BD79" w14:textId="77777777">
        <w:tc>
          <w:tcPr>
            <w:tcW w:w="10540" w:type="dxa"/>
            <w:shd w:val="clear" w:color="auto" w:fill="BFBFBF"/>
          </w:tcPr>
          <w:p w14:paraId="25ED6BF8" w14:textId="4AC5C5B3" w:rsidR="004344DA" w:rsidRPr="000077C5" w:rsidRDefault="00000000" w:rsidP="00C41018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b/>
                <w:sz w:val="18"/>
                <w:szCs w:val="18"/>
                <w:lang w:val="es-PE"/>
              </w:rPr>
              <w:t>A. Articulación con el Programa Multianual de Inversiones (PMI)</w:t>
            </w:r>
          </w:p>
        </w:tc>
      </w:tr>
      <w:tr w:rsidR="004344DA" w:rsidRPr="000077C5" w14:paraId="5554F76E" w14:textId="77777777">
        <w:tc>
          <w:tcPr>
            <w:tcW w:w="10540" w:type="dxa"/>
          </w:tcPr>
          <w:p w14:paraId="47987D29" w14:textId="77777777" w:rsidR="004344DA" w:rsidRPr="000077C5" w:rsidRDefault="004344DA">
            <w:pPr>
              <w:rPr>
                <w:sz w:val="18"/>
                <w:szCs w:val="18"/>
                <w:lang w:val="es-PE"/>
              </w:rPr>
            </w:pPr>
          </w:p>
          <w:p w14:paraId="55524CE6" w14:textId="77777777" w:rsidR="004344DA" w:rsidRPr="000077C5" w:rsidRDefault="004F396E">
            <w:pPr>
              <w:rPr>
                <w:b/>
                <w:bCs/>
                <w:sz w:val="18"/>
                <w:szCs w:val="18"/>
                <w:lang w:val="es-PE"/>
              </w:rPr>
            </w:pPr>
            <w:r w:rsidRPr="000077C5">
              <w:rPr>
                <w:b/>
                <w:bCs/>
                <w:sz w:val="18"/>
                <w:szCs w:val="18"/>
                <w:lang w:val="es-PE"/>
              </w:rPr>
              <w:t xml:space="preserve">1 SERVICIOS PUBLICOS CON BRECHA IDENTIFICADA </w:t>
            </w:r>
          </w:p>
          <w:p w14:paraId="362B0CC6" w14:textId="77777777" w:rsidR="004F396E" w:rsidRPr="000077C5" w:rsidRDefault="004F396E">
            <w:pPr>
              <w:rPr>
                <w:b/>
                <w:bCs/>
                <w:sz w:val="18"/>
                <w:szCs w:val="18"/>
                <w:lang w:val="es-PE"/>
              </w:rPr>
            </w:pPr>
            <w:r w:rsidRPr="000077C5">
              <w:rPr>
                <w:b/>
                <w:bCs/>
                <w:sz w:val="18"/>
                <w:szCs w:val="18"/>
                <w:lang w:val="es-PE"/>
              </w:rPr>
              <w:t xml:space="preserve">2 INDICADOR ASOCIADO A LA BRECHA DE SERVICIOS </w:t>
            </w:r>
          </w:p>
          <w:p w14:paraId="4AEF31C4" w14:textId="52C257B2" w:rsidR="004F396E" w:rsidRPr="000077C5" w:rsidRDefault="004F396E">
            <w:pPr>
              <w:rPr>
                <w:sz w:val="18"/>
                <w:szCs w:val="18"/>
                <w:lang w:val="es-PE"/>
              </w:rPr>
            </w:pPr>
          </w:p>
        </w:tc>
      </w:tr>
      <w:tr w:rsidR="004344DA" w:rsidRPr="000077C5" w14:paraId="549EC1D5" w14:textId="77777777">
        <w:tc>
          <w:tcPr>
            <w:tcW w:w="10540" w:type="dxa"/>
            <w:shd w:val="clear" w:color="auto" w:fill="BFBFBF"/>
          </w:tcPr>
          <w:p w14:paraId="37A51EE3" w14:textId="77777777" w:rsidR="004344DA" w:rsidRPr="000077C5" w:rsidRDefault="00000000" w:rsidP="00C41018">
            <w:pPr>
              <w:rPr>
                <w:sz w:val="18"/>
                <w:szCs w:val="18"/>
              </w:rPr>
            </w:pPr>
            <w:r w:rsidRPr="000077C5">
              <w:rPr>
                <w:b/>
                <w:sz w:val="18"/>
                <w:szCs w:val="18"/>
              </w:rPr>
              <w:t>B. Institucionalidad</w:t>
            </w:r>
          </w:p>
        </w:tc>
      </w:tr>
      <w:tr w:rsidR="004344DA" w:rsidRPr="000077C5" w14:paraId="2F1470F0" w14:textId="77777777">
        <w:tc>
          <w:tcPr>
            <w:tcW w:w="10540" w:type="dxa"/>
          </w:tcPr>
          <w:p w14:paraId="697EDA46" w14:textId="77777777" w:rsidR="004344DA" w:rsidRPr="000077C5" w:rsidRDefault="004344DA">
            <w:pPr>
              <w:rPr>
                <w:sz w:val="18"/>
                <w:szCs w:val="18"/>
                <w:lang w:val="es-PE"/>
              </w:rPr>
            </w:pPr>
          </w:p>
          <w:p w14:paraId="42889DB9" w14:textId="77777777" w:rsidR="004344DA" w:rsidRPr="000077C5" w:rsidRDefault="00000000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b/>
                <w:sz w:val="18"/>
                <w:szCs w:val="18"/>
                <w:lang w:val="es-PE"/>
              </w:rPr>
              <w:t>1. OFICINA DE PROGRAMACIÓN MULTIANUAL DE INVERSIONES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10304"/>
            </w:tblGrid>
            <w:tr w:rsidR="00DC17A4" w:rsidRPr="000077C5" w14:paraId="3256594E" w14:textId="77777777" w:rsidTr="00DC17A4">
              <w:trPr>
                <w:trHeight w:val="263"/>
              </w:trPr>
              <w:tc>
                <w:tcPr>
                  <w:tcW w:w="10314" w:type="dxa"/>
                </w:tcPr>
                <w:p w14:paraId="3CF23133" w14:textId="7CDFB0A6" w:rsidR="00DC17A4" w:rsidRPr="000077C5" w:rsidRDefault="00DC17A4" w:rsidP="0056597D">
                  <w:pPr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>SECTOR:</w:t>
                  </w:r>
                </w:p>
              </w:tc>
            </w:tr>
            <w:tr w:rsidR="00DC17A4" w:rsidRPr="000077C5" w14:paraId="48CDCEA3" w14:textId="77777777" w:rsidTr="0056597D">
              <w:trPr>
                <w:trHeight w:val="262"/>
              </w:trPr>
              <w:tc>
                <w:tcPr>
                  <w:tcW w:w="10314" w:type="dxa"/>
                </w:tcPr>
                <w:p w14:paraId="53F3BE06" w14:textId="0BF58CF7" w:rsidR="00DC17A4" w:rsidRPr="000077C5" w:rsidRDefault="00942D9F">
                  <w:pPr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>PLIEGO:</w:t>
                  </w:r>
                </w:p>
              </w:tc>
            </w:tr>
          </w:tbl>
          <w:p w14:paraId="76776F18" w14:textId="77777777" w:rsidR="00942D9F" w:rsidRPr="000077C5" w:rsidRDefault="00942D9F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Nombre de la OPMI                                                                          </w:t>
            </w:r>
          </w:p>
          <w:tbl>
            <w:tblPr>
              <w:tblStyle w:val="Tablaconcuadrcula"/>
              <w:tblpPr w:leftFromText="141" w:rightFromText="141" w:vertAnchor="text" w:horzAnchor="margin" w:tblpXSpec="right" w:tblpY="-17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5270"/>
            </w:tblGrid>
            <w:tr w:rsidR="00942D9F" w:rsidRPr="000077C5" w14:paraId="68864E38" w14:textId="77777777" w:rsidTr="00ED135A">
              <w:tc>
                <w:tcPr>
                  <w:tcW w:w="5270" w:type="dxa"/>
                </w:tcPr>
                <w:p w14:paraId="5EEDEC12" w14:textId="77777777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  <w:tr w:rsidR="00942D9F" w:rsidRPr="000077C5" w14:paraId="09864182" w14:textId="77777777" w:rsidTr="00ED135A">
              <w:tc>
                <w:tcPr>
                  <w:tcW w:w="5270" w:type="dxa"/>
                </w:tcPr>
                <w:p w14:paraId="0373B8D4" w14:textId="77777777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36720BC4" w14:textId="77777777" w:rsidR="00942D9F" w:rsidRPr="000077C5" w:rsidRDefault="00942D9F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Responsable de la OPMI </w:t>
            </w:r>
          </w:p>
          <w:p w14:paraId="62AA01D0" w14:textId="77777777" w:rsidR="00942D9F" w:rsidRPr="000077C5" w:rsidRDefault="00942D9F">
            <w:pPr>
              <w:rPr>
                <w:sz w:val="18"/>
                <w:szCs w:val="18"/>
                <w:lang w:val="es-PE"/>
              </w:rPr>
            </w:pPr>
          </w:p>
        </w:tc>
      </w:tr>
      <w:tr w:rsidR="004344DA" w:rsidRPr="000077C5" w14:paraId="2AB5CF9E" w14:textId="77777777">
        <w:tc>
          <w:tcPr>
            <w:tcW w:w="10540" w:type="dxa"/>
          </w:tcPr>
          <w:p w14:paraId="58B11988" w14:textId="77777777" w:rsidR="004344DA" w:rsidRPr="000077C5" w:rsidRDefault="00000000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b/>
                <w:sz w:val="18"/>
                <w:szCs w:val="18"/>
                <w:lang w:val="es-PE"/>
              </w:rPr>
              <w:t>2. UNIDAD FORMULADORA DEL PROYECTO DE INVERSIÓN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10304"/>
            </w:tblGrid>
            <w:tr w:rsidR="00942D9F" w:rsidRPr="000077C5" w14:paraId="51FF6635" w14:textId="77777777" w:rsidTr="00694A79">
              <w:tc>
                <w:tcPr>
                  <w:tcW w:w="10314" w:type="dxa"/>
                </w:tcPr>
                <w:p w14:paraId="71D34B5F" w14:textId="39CF855A" w:rsidR="00942D9F" w:rsidRPr="000077C5" w:rsidRDefault="00942D9F">
                  <w:pPr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>SECTOR:</w:t>
                  </w:r>
                </w:p>
              </w:tc>
            </w:tr>
            <w:tr w:rsidR="00942D9F" w:rsidRPr="000077C5" w14:paraId="6218B3FB" w14:textId="77777777" w:rsidTr="007C2C31">
              <w:tc>
                <w:tcPr>
                  <w:tcW w:w="10314" w:type="dxa"/>
                </w:tcPr>
                <w:p w14:paraId="155B13F1" w14:textId="1670C7BF" w:rsidR="00942D9F" w:rsidRPr="000077C5" w:rsidRDefault="00942D9F">
                  <w:pPr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>PLIEGO:</w:t>
                  </w:r>
                </w:p>
              </w:tc>
            </w:tr>
          </w:tbl>
          <w:p w14:paraId="377FE71C" w14:textId="71C9EFFA" w:rsidR="00942D9F" w:rsidRPr="000077C5" w:rsidRDefault="00942D9F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Nombre de la UF                                                                      </w:t>
            </w:r>
          </w:p>
          <w:tbl>
            <w:tblPr>
              <w:tblStyle w:val="Tablaconcuadrcula"/>
              <w:tblpPr w:leftFromText="141" w:rightFromText="141" w:vertAnchor="text" w:horzAnchor="margin" w:tblpXSpec="right" w:tblpY="-17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5270"/>
            </w:tblGrid>
            <w:tr w:rsidR="00942D9F" w:rsidRPr="000077C5" w14:paraId="52937909" w14:textId="77777777" w:rsidTr="00942D9F">
              <w:tc>
                <w:tcPr>
                  <w:tcW w:w="5270" w:type="dxa"/>
                </w:tcPr>
                <w:p w14:paraId="40D1FAE8" w14:textId="77777777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  <w:tr w:rsidR="00942D9F" w:rsidRPr="000077C5" w14:paraId="0A3AB135" w14:textId="77777777" w:rsidTr="00942D9F">
              <w:tc>
                <w:tcPr>
                  <w:tcW w:w="5270" w:type="dxa"/>
                </w:tcPr>
                <w:p w14:paraId="7E97378A" w14:textId="77777777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08ACEC57" w14:textId="5A9F4C49" w:rsidR="00942D9F" w:rsidRPr="000077C5" w:rsidRDefault="00942D9F" w:rsidP="00942D9F">
            <w:pPr>
              <w:tabs>
                <w:tab w:val="left" w:pos="3066"/>
              </w:tabs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Responsable de la Unidad Formuladora:</w:t>
            </w:r>
          </w:p>
          <w:p w14:paraId="53F2F535" w14:textId="77777777" w:rsidR="00942D9F" w:rsidRPr="000077C5" w:rsidRDefault="00942D9F">
            <w:pPr>
              <w:rPr>
                <w:sz w:val="18"/>
                <w:szCs w:val="18"/>
                <w:lang w:val="es-PE"/>
              </w:rPr>
            </w:pPr>
          </w:p>
        </w:tc>
      </w:tr>
      <w:tr w:rsidR="004344DA" w:rsidRPr="000077C5" w14:paraId="5EA82142" w14:textId="77777777">
        <w:tc>
          <w:tcPr>
            <w:tcW w:w="10540" w:type="dxa"/>
          </w:tcPr>
          <w:p w14:paraId="1314F495" w14:textId="77777777" w:rsidR="004344DA" w:rsidRPr="000077C5" w:rsidRDefault="00000000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b/>
                <w:sz w:val="18"/>
                <w:szCs w:val="18"/>
                <w:lang w:val="es-PE"/>
              </w:rPr>
              <w:t>3. UNIDAD EJECUTORA DE INVERSIONES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10304"/>
            </w:tblGrid>
            <w:tr w:rsidR="00942D9F" w:rsidRPr="000077C5" w14:paraId="04A1CFD4" w14:textId="77777777" w:rsidTr="008A7C5E">
              <w:tc>
                <w:tcPr>
                  <w:tcW w:w="10314" w:type="dxa"/>
                </w:tcPr>
                <w:p w14:paraId="2A6520A3" w14:textId="74307C93" w:rsidR="00942D9F" w:rsidRPr="000077C5" w:rsidRDefault="00942D9F">
                  <w:pPr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>SECTOR:</w:t>
                  </w:r>
                </w:p>
              </w:tc>
            </w:tr>
            <w:tr w:rsidR="00942D9F" w:rsidRPr="000077C5" w14:paraId="03FA9005" w14:textId="77777777" w:rsidTr="003A6412">
              <w:tc>
                <w:tcPr>
                  <w:tcW w:w="10314" w:type="dxa"/>
                </w:tcPr>
                <w:p w14:paraId="20B612C3" w14:textId="60400403" w:rsidR="00942D9F" w:rsidRPr="000077C5" w:rsidRDefault="00942D9F">
                  <w:pPr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>PLIEGO:</w:t>
                  </w:r>
                </w:p>
              </w:tc>
            </w:tr>
          </w:tbl>
          <w:tbl>
            <w:tblPr>
              <w:tblStyle w:val="Tablaconcuadrcula"/>
              <w:tblpPr w:leftFromText="141" w:rightFromText="141" w:vertAnchor="text" w:horzAnchor="margin" w:tblpXSpec="right" w:tblpY="243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5270"/>
            </w:tblGrid>
            <w:tr w:rsidR="00942D9F" w:rsidRPr="000077C5" w14:paraId="564E5DA6" w14:textId="77777777" w:rsidTr="00942D9F">
              <w:tc>
                <w:tcPr>
                  <w:tcW w:w="5270" w:type="dxa"/>
                </w:tcPr>
                <w:p w14:paraId="19E08B58" w14:textId="77777777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  <w:tr w:rsidR="00942D9F" w:rsidRPr="000077C5" w14:paraId="13818962" w14:textId="77777777" w:rsidTr="00942D9F">
              <w:tc>
                <w:tcPr>
                  <w:tcW w:w="5270" w:type="dxa"/>
                </w:tcPr>
                <w:p w14:paraId="176B895E" w14:textId="77777777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08191B9D" w14:textId="4B5001D4" w:rsidR="00B86BEB" w:rsidRPr="000077C5" w:rsidRDefault="00B86BEB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Nombre de la UIE</w:t>
            </w:r>
          </w:p>
          <w:p w14:paraId="2C28CF9B" w14:textId="77777777" w:rsidR="00942D9F" w:rsidRPr="000077C5" w:rsidRDefault="00B86BEB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Responsable de la UIE                    </w:t>
            </w:r>
          </w:p>
          <w:p w14:paraId="720E62BF" w14:textId="77777777" w:rsidR="00B86BEB" w:rsidRPr="000077C5" w:rsidRDefault="00B86BEB">
            <w:pPr>
              <w:rPr>
                <w:sz w:val="18"/>
                <w:szCs w:val="18"/>
                <w:lang w:val="es-PE"/>
              </w:rPr>
            </w:pPr>
          </w:p>
          <w:p w14:paraId="2ECBE1F4" w14:textId="7B88CFE5" w:rsidR="00942D9F" w:rsidRPr="000077C5" w:rsidRDefault="00942D9F">
            <w:pPr>
              <w:rPr>
                <w:sz w:val="18"/>
                <w:szCs w:val="18"/>
                <w:lang w:val="es-PE"/>
              </w:rPr>
            </w:pPr>
          </w:p>
        </w:tc>
      </w:tr>
      <w:tr w:rsidR="004344DA" w:rsidRPr="000077C5" w14:paraId="67F20685" w14:textId="77777777">
        <w:tc>
          <w:tcPr>
            <w:tcW w:w="10540" w:type="dxa"/>
            <w:shd w:val="clear" w:color="auto" w:fill="BFBFBF"/>
          </w:tcPr>
          <w:p w14:paraId="7310D616" w14:textId="79731777" w:rsidR="004344DA" w:rsidRPr="000077C5" w:rsidRDefault="00C41018" w:rsidP="00C41018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b/>
                <w:sz w:val="18"/>
                <w:szCs w:val="18"/>
                <w:lang w:val="es-PE"/>
              </w:rPr>
              <w:t>B. INVERSIÓN EN OPTIMIZACIÓN, AMPLIACIÓN MARGINAL, REPOSICIÓN Y REHABILITACIÓN</w:t>
            </w:r>
          </w:p>
        </w:tc>
      </w:tr>
      <w:tr w:rsidR="004344DA" w:rsidRPr="000077C5" w14:paraId="2AC8A52B" w14:textId="77777777">
        <w:tc>
          <w:tcPr>
            <w:tcW w:w="10540" w:type="dxa"/>
          </w:tcPr>
          <w:p w14:paraId="4606CD17" w14:textId="36334BB6" w:rsidR="00942D9F" w:rsidRPr="000077C5" w:rsidRDefault="00942D9F" w:rsidP="00942D9F">
            <w:pPr>
              <w:pStyle w:val="Prrafodelista"/>
              <w:numPr>
                <w:ilvl w:val="1"/>
                <w:numId w:val="11"/>
              </w:numPr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25472" behindDoc="0" locked="0" layoutInCell="1" allowOverlap="1" wp14:anchorId="37659339" wp14:editId="5250D6DE">
                      <wp:simplePos x="0" y="0"/>
                      <wp:positionH relativeFrom="column">
                        <wp:posOffset>4317257</wp:posOffset>
                      </wp:positionH>
                      <wp:positionV relativeFrom="paragraph">
                        <wp:posOffset>128270</wp:posOffset>
                      </wp:positionV>
                      <wp:extent cx="1033145" cy="177800"/>
                      <wp:effectExtent l="38100" t="38100" r="71755" b="107950"/>
                      <wp:wrapNone/>
                      <wp:docPr id="1302926486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3145" cy="177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  <a:effectLst>
                                <a:outerShdw blurRad="50800" dist="38100" dir="2700000" algn="tl" rotWithShape="0">
                                  <a:prstClr val="black">
                                    <a:alpha val="40000"/>
                                  </a:prstClr>
                                </a:outerShdw>
                              </a:effectLst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D9C767A" w14:textId="10378F18" w:rsidR="00942D9F" w:rsidRPr="00942D9F" w:rsidRDefault="00942D9F" w:rsidP="00942D9F">
                                  <w:pPr>
                                    <w:jc w:val="center"/>
                                    <w:rPr>
                                      <w:lang w:val="es-MX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659339" id="Rectángulo 1" o:spid="_x0000_s1026" style="position:absolute;left:0;text-align:left;margin-left:339.95pt;margin-top:10.1pt;width:81.35pt;height:14pt;z-index: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" filled="f" strokecolor="black [3213]">
                      <v:shadow on="t" color="black" opacity="26214f" origin="-.5,-.5" offset=".74836mm,.74836mm"/>
                      <v:textbox>
                        <w:txbxContent>
                          <w:p w14:paraId="4D9C767A" w14:textId="10378F18" w:rsidR="00942D9F" w:rsidRPr="00942D9F" w:rsidRDefault="00942D9F" w:rsidP="00942D9F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0077C5">
              <w:rPr>
                <w:sz w:val="18"/>
                <w:szCs w:val="18"/>
                <w:lang w:val="es-PE"/>
              </w:rPr>
              <w:t xml:space="preserve">DATOS GENERALES </w:t>
            </w:r>
          </w:p>
          <w:p w14:paraId="25457528" w14:textId="3A303B49" w:rsidR="00942D9F" w:rsidRPr="000077C5" w:rsidRDefault="00942D9F" w:rsidP="00942D9F">
            <w:pPr>
              <w:pStyle w:val="Prrafodelista"/>
              <w:numPr>
                <w:ilvl w:val="1"/>
                <w:numId w:val="12"/>
              </w:num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CÓDIGO DE INVERSIÓN (Asignado por el Aplicativo informático)</w:t>
            </w:r>
          </w:p>
          <w:p w14:paraId="008DC63C" w14:textId="0947DF12" w:rsidR="00942D9F" w:rsidRPr="000077C5" w:rsidRDefault="00942D9F" w:rsidP="00942D9F">
            <w:pPr>
              <w:pStyle w:val="Prrafodelista"/>
              <w:numPr>
                <w:ilvl w:val="1"/>
                <w:numId w:val="12"/>
              </w:numPr>
              <w:rPr>
                <w:sz w:val="18"/>
                <w:szCs w:val="18"/>
              </w:rPr>
            </w:pPr>
            <w:r w:rsidRPr="000077C5">
              <w:rPr>
                <w:sz w:val="18"/>
                <w:szCs w:val="18"/>
              </w:rPr>
              <w:t xml:space="preserve">TIPO DE INVERSIÓN </w:t>
            </w:r>
          </w:p>
          <w:p w14:paraId="287CEFB4" w14:textId="77777777" w:rsidR="00942D9F" w:rsidRPr="000077C5" w:rsidRDefault="00942D9F" w:rsidP="00942D9F">
            <w:pPr>
              <w:pStyle w:val="Prrafodelista"/>
              <w:rPr>
                <w:b/>
                <w:sz w:val="18"/>
                <w:szCs w:val="18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152"/>
              <w:gridCol w:w="5152"/>
            </w:tblGrid>
            <w:tr w:rsidR="00942D9F" w:rsidRPr="000077C5" w14:paraId="42D8CCB4" w14:textId="77777777" w:rsidTr="00ED135A">
              <w:tc>
                <w:tcPr>
                  <w:tcW w:w="5270" w:type="dxa"/>
                </w:tcPr>
                <w:p w14:paraId="47281F93" w14:textId="14E11724" w:rsidR="00942D9F" w:rsidRPr="000077C5" w:rsidRDefault="00942D9F" w:rsidP="00942D9F">
                  <w:pPr>
                    <w:jc w:val="center"/>
                    <w:rPr>
                      <w:sz w:val="18"/>
                      <w:szCs w:val="18"/>
                    </w:rPr>
                  </w:pPr>
                  <w:r w:rsidRPr="000077C5">
                    <w:rPr>
                      <w:sz w:val="18"/>
                      <w:szCs w:val="18"/>
                    </w:rPr>
                    <w:t xml:space="preserve">Nombre de la </w:t>
                  </w:r>
                  <w:proofErr w:type="spellStart"/>
                  <w:r w:rsidRPr="000077C5">
                    <w:rPr>
                      <w:sz w:val="18"/>
                      <w:szCs w:val="18"/>
                    </w:rPr>
                    <w:t>Inversión</w:t>
                  </w:r>
                  <w:proofErr w:type="spellEnd"/>
                  <w:r w:rsidRPr="000077C5">
                    <w:rPr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5270" w:type="dxa"/>
                </w:tcPr>
                <w:p w14:paraId="69502643" w14:textId="4003BED9" w:rsidR="00942D9F" w:rsidRPr="000077C5" w:rsidRDefault="00942D9F" w:rsidP="00942D9F">
                  <w:pPr>
                    <w:jc w:val="center"/>
                    <w:rPr>
                      <w:sz w:val="18"/>
                      <w:szCs w:val="18"/>
                    </w:rPr>
                  </w:pPr>
                  <w:r w:rsidRPr="000077C5">
                    <w:rPr>
                      <w:sz w:val="18"/>
                      <w:szCs w:val="18"/>
                    </w:rPr>
                    <w:t xml:space="preserve">Tipo de </w:t>
                  </w:r>
                  <w:proofErr w:type="spellStart"/>
                  <w:r w:rsidRPr="000077C5">
                    <w:rPr>
                      <w:sz w:val="18"/>
                      <w:szCs w:val="18"/>
                    </w:rPr>
                    <w:t>Inversión</w:t>
                  </w:r>
                  <w:proofErr w:type="spellEnd"/>
                  <w:r w:rsidRPr="000077C5">
                    <w:rPr>
                      <w:sz w:val="18"/>
                      <w:szCs w:val="18"/>
                    </w:rPr>
                    <w:t>:</w:t>
                  </w:r>
                </w:p>
              </w:tc>
            </w:tr>
            <w:tr w:rsidR="00942D9F" w:rsidRPr="000077C5" w14:paraId="030D8E48" w14:textId="77777777" w:rsidTr="00ED135A">
              <w:tc>
                <w:tcPr>
                  <w:tcW w:w="5270" w:type="dxa"/>
                </w:tcPr>
                <w:p w14:paraId="1231F29B" w14:textId="0786A813" w:rsidR="00942D9F" w:rsidRPr="000077C5" w:rsidRDefault="00942D9F" w:rsidP="00942D9F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270" w:type="dxa"/>
                </w:tcPr>
                <w:p w14:paraId="2134D64A" w14:textId="6559C5BD" w:rsidR="00942D9F" w:rsidRPr="000077C5" w:rsidRDefault="00942D9F" w:rsidP="00942D9F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7D1229F1" w14:textId="77523B0C" w:rsidR="00942D9F" w:rsidRPr="000077C5" w:rsidRDefault="00942D9F" w:rsidP="00942D9F">
            <w:pPr>
              <w:pStyle w:val="Prrafodelista"/>
              <w:numPr>
                <w:ilvl w:val="1"/>
                <w:numId w:val="12"/>
              </w:numPr>
              <w:rPr>
                <w:bCs/>
                <w:sz w:val="18"/>
                <w:szCs w:val="18"/>
                <w:lang w:val="es-PE"/>
              </w:rPr>
            </w:pPr>
            <w:r w:rsidRPr="000077C5">
              <w:rPr>
                <w:bCs/>
                <w:sz w:val="18"/>
                <w:szCs w:val="18"/>
                <w:lang w:val="es-PE"/>
              </w:rPr>
              <w:t xml:space="preserve">NOMBRE DE LA UNIDAD PRODUCTORA DE BIENES Y/O SERVICIOS QUE SERÁ SUJETO DE LA INTERVENSIÓN </w:t>
            </w:r>
          </w:p>
          <w:p w14:paraId="642E4CE4" w14:textId="77777777" w:rsidR="00942D9F" w:rsidRPr="000077C5" w:rsidRDefault="00942D9F" w:rsidP="00942D9F">
            <w:pPr>
              <w:pStyle w:val="Prrafodelista"/>
              <w:rPr>
                <w:bCs/>
                <w:sz w:val="18"/>
                <w:szCs w:val="18"/>
                <w:lang w:val="es-PE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9594"/>
            </w:tblGrid>
            <w:tr w:rsidR="00942D9F" w:rsidRPr="000077C5" w14:paraId="0A1ADF05" w14:textId="77777777" w:rsidTr="00942D9F">
              <w:trPr>
                <w:trHeight w:val="489"/>
              </w:trPr>
              <w:tc>
                <w:tcPr>
                  <w:tcW w:w="9594" w:type="dxa"/>
                </w:tcPr>
                <w:p w14:paraId="64A0DBBD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b/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403300A0" w14:textId="77777777" w:rsidR="00942D9F" w:rsidRPr="000077C5" w:rsidRDefault="00942D9F" w:rsidP="00942D9F">
            <w:pPr>
              <w:pStyle w:val="Prrafodelista"/>
              <w:rPr>
                <w:b/>
                <w:sz w:val="18"/>
                <w:szCs w:val="18"/>
                <w:lang w:val="es-PE"/>
              </w:rPr>
            </w:pPr>
          </w:p>
          <w:p w14:paraId="0E8E93F3" w14:textId="223BC249" w:rsidR="00942D9F" w:rsidRPr="000077C5" w:rsidRDefault="00942D9F" w:rsidP="00942D9F">
            <w:pPr>
              <w:pStyle w:val="Prrafodelista"/>
              <w:numPr>
                <w:ilvl w:val="1"/>
                <w:numId w:val="12"/>
              </w:num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LOCALIZACIÓN GEOGRÁFICA DE LA INVERSIÓN</w:t>
            </w:r>
          </w:p>
          <w:tbl>
            <w:tblPr>
              <w:tblStyle w:val="Tablaconcuadrcula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1869"/>
              <w:gridCol w:w="1987"/>
              <w:gridCol w:w="1914"/>
              <w:gridCol w:w="1894"/>
              <w:gridCol w:w="1920"/>
            </w:tblGrid>
            <w:tr w:rsidR="00942D9F" w:rsidRPr="000077C5" w14:paraId="1240E527" w14:textId="77777777" w:rsidTr="00942D9F">
              <w:tc>
                <w:tcPr>
                  <w:tcW w:w="2061" w:type="dxa"/>
                </w:tcPr>
                <w:p w14:paraId="6FC058FF" w14:textId="0865A18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>UBIGEO</w:t>
                  </w:r>
                </w:p>
              </w:tc>
              <w:tc>
                <w:tcPr>
                  <w:tcW w:w="2062" w:type="dxa"/>
                </w:tcPr>
                <w:p w14:paraId="41232B05" w14:textId="151E720E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>DEPARTAMENTO</w:t>
                  </w:r>
                </w:p>
              </w:tc>
              <w:tc>
                <w:tcPr>
                  <w:tcW w:w="2062" w:type="dxa"/>
                </w:tcPr>
                <w:p w14:paraId="7D36265F" w14:textId="60D619F5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>PROVINCIA</w:t>
                  </w:r>
                </w:p>
              </w:tc>
              <w:tc>
                <w:tcPr>
                  <w:tcW w:w="2062" w:type="dxa"/>
                </w:tcPr>
                <w:p w14:paraId="216AF643" w14:textId="276CA856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 xml:space="preserve">DISTRITO </w:t>
                  </w:r>
                </w:p>
              </w:tc>
              <w:tc>
                <w:tcPr>
                  <w:tcW w:w="2062" w:type="dxa"/>
                </w:tcPr>
                <w:p w14:paraId="1F76239C" w14:textId="19236742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 xml:space="preserve">LOCALIDAD </w:t>
                  </w:r>
                </w:p>
              </w:tc>
            </w:tr>
            <w:tr w:rsidR="00942D9F" w:rsidRPr="000077C5" w14:paraId="4114400E" w14:textId="77777777" w:rsidTr="00942D9F">
              <w:tc>
                <w:tcPr>
                  <w:tcW w:w="2061" w:type="dxa"/>
                </w:tcPr>
                <w:p w14:paraId="5EA3B599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2062" w:type="dxa"/>
                </w:tcPr>
                <w:p w14:paraId="497AA3C5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2062" w:type="dxa"/>
                </w:tcPr>
                <w:p w14:paraId="00E999B5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2062" w:type="dxa"/>
                </w:tcPr>
                <w:p w14:paraId="1CBA5FC4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2062" w:type="dxa"/>
                </w:tcPr>
                <w:p w14:paraId="34F89FB9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3396407F" w14:textId="57DE86C8" w:rsidR="00942D9F" w:rsidRPr="000077C5" w:rsidRDefault="00942D9F" w:rsidP="00942D9F">
            <w:pPr>
              <w:pStyle w:val="Prrafodelista"/>
              <w:rPr>
                <w:b/>
                <w:bCs/>
                <w:sz w:val="18"/>
                <w:szCs w:val="18"/>
                <w:lang w:val="es-PE"/>
              </w:rPr>
            </w:pPr>
            <w:r w:rsidRPr="000077C5">
              <w:rPr>
                <w:b/>
                <w:bCs/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33664" behindDoc="0" locked="0" layoutInCell="1" allowOverlap="1" wp14:anchorId="0EE59CE5" wp14:editId="0CFA1C2B">
                      <wp:simplePos x="0" y="0"/>
                      <wp:positionH relativeFrom="column">
                        <wp:posOffset>4197911</wp:posOffset>
                      </wp:positionH>
                      <wp:positionV relativeFrom="paragraph">
                        <wp:posOffset>76200</wp:posOffset>
                      </wp:positionV>
                      <wp:extent cx="1021278" cy="201881"/>
                      <wp:effectExtent l="57150" t="19050" r="83820" b="103505"/>
                      <wp:wrapNone/>
                      <wp:docPr id="615265858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1278" cy="20188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6A80A5A" id="Rectángulo 2" o:spid="_x0000_s1026" style="position:absolute;margin-left:330.55pt;margin-top:6pt;width:80.4pt;height:15.9pt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3BF04C9E" w14:textId="02EF6E80" w:rsidR="00942D9F" w:rsidRPr="000077C5" w:rsidRDefault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COORDENANCIA GEOGRAICA </w:t>
            </w:r>
          </w:p>
          <w:p w14:paraId="0A100AFE" w14:textId="77777777" w:rsidR="00942D9F" w:rsidRPr="000077C5" w:rsidRDefault="00942D9F">
            <w:pPr>
              <w:rPr>
                <w:sz w:val="18"/>
                <w:szCs w:val="18"/>
                <w:lang w:val="es-PE"/>
              </w:rPr>
            </w:pPr>
          </w:p>
          <w:p w14:paraId="3BB7438F" w14:textId="77777777" w:rsidR="004344DA" w:rsidRPr="000077C5" w:rsidRDefault="004344DA">
            <w:pPr>
              <w:rPr>
                <w:sz w:val="18"/>
                <w:szCs w:val="18"/>
                <w:lang w:val="es-PE"/>
              </w:rPr>
            </w:pPr>
          </w:p>
          <w:p w14:paraId="18027FA1" w14:textId="77777777" w:rsidR="004344DA" w:rsidRPr="000077C5" w:rsidRDefault="004344DA">
            <w:pPr>
              <w:rPr>
                <w:sz w:val="18"/>
                <w:szCs w:val="18"/>
                <w:lang w:val="es-PE"/>
              </w:rPr>
            </w:pPr>
          </w:p>
          <w:p w14:paraId="1D1040D3" w14:textId="77777777" w:rsidR="004344DA" w:rsidRPr="000077C5" w:rsidRDefault="004344DA">
            <w:pPr>
              <w:rPr>
                <w:sz w:val="18"/>
                <w:szCs w:val="18"/>
                <w:lang w:val="es-PE"/>
              </w:rPr>
            </w:pPr>
          </w:p>
          <w:p w14:paraId="47372D10" w14:textId="77777777" w:rsidR="004344DA" w:rsidRPr="000077C5" w:rsidRDefault="004344DA">
            <w:pPr>
              <w:rPr>
                <w:sz w:val="18"/>
                <w:szCs w:val="18"/>
              </w:rPr>
            </w:pPr>
          </w:p>
        </w:tc>
      </w:tr>
    </w:tbl>
    <w:p w14:paraId="6E751ABD" w14:textId="36F0E3B4" w:rsidR="00AE6BB0" w:rsidRDefault="00AE6BB0" w:rsidP="00C41018">
      <w:pPr>
        <w:tabs>
          <w:tab w:val="left" w:pos="5820"/>
        </w:tabs>
        <w:rPr>
          <w:sz w:val="18"/>
          <w:szCs w:val="18"/>
        </w:rPr>
      </w:pPr>
    </w:p>
    <w:p w14:paraId="2074038E" w14:textId="77777777" w:rsidR="000077C5" w:rsidRDefault="000077C5" w:rsidP="00C41018">
      <w:pPr>
        <w:tabs>
          <w:tab w:val="left" w:pos="5820"/>
        </w:tabs>
        <w:rPr>
          <w:sz w:val="18"/>
          <w:szCs w:val="18"/>
        </w:rPr>
      </w:pPr>
    </w:p>
    <w:p w14:paraId="64C22A43" w14:textId="77777777" w:rsidR="000077C5" w:rsidRDefault="000077C5" w:rsidP="00C41018">
      <w:pPr>
        <w:tabs>
          <w:tab w:val="left" w:pos="5820"/>
        </w:tabs>
        <w:rPr>
          <w:sz w:val="18"/>
          <w:szCs w:val="18"/>
        </w:rPr>
      </w:pPr>
    </w:p>
    <w:p w14:paraId="2460DC7F" w14:textId="77777777" w:rsidR="000077C5" w:rsidRPr="000077C5" w:rsidRDefault="000077C5" w:rsidP="00C41018">
      <w:pPr>
        <w:tabs>
          <w:tab w:val="left" w:pos="5820"/>
        </w:tabs>
        <w:rPr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530"/>
      </w:tblGrid>
      <w:tr w:rsidR="00942D9F" w:rsidRPr="000077C5" w14:paraId="2EE88080" w14:textId="77777777" w:rsidTr="00ED135A">
        <w:tc>
          <w:tcPr>
            <w:tcW w:w="10540" w:type="dxa"/>
          </w:tcPr>
          <w:p w14:paraId="0722A4CC" w14:textId="77777777" w:rsidR="00942D9F" w:rsidRPr="000077C5" w:rsidRDefault="00942D9F" w:rsidP="00ED135A">
            <w:pPr>
              <w:rPr>
                <w:sz w:val="18"/>
                <w:szCs w:val="18"/>
                <w:lang w:val="es-PE"/>
              </w:rPr>
            </w:pPr>
          </w:p>
          <w:p w14:paraId="5718D277" w14:textId="4AC32A14" w:rsidR="00942D9F" w:rsidRPr="000077C5" w:rsidRDefault="00942D9F" w:rsidP="00942D9F">
            <w:pPr>
              <w:pStyle w:val="Prrafodelista"/>
              <w:numPr>
                <w:ilvl w:val="1"/>
                <w:numId w:val="11"/>
              </w:numPr>
              <w:rPr>
                <w:b/>
                <w:sz w:val="18"/>
                <w:szCs w:val="18"/>
                <w:lang w:val="es-PE"/>
              </w:rPr>
            </w:pPr>
            <w:r w:rsidRPr="000077C5">
              <w:rPr>
                <w:b/>
                <w:sz w:val="18"/>
                <w:szCs w:val="18"/>
                <w:lang w:val="es-PE"/>
              </w:rPr>
              <w:t xml:space="preserve">DESCRIPCIÓN GENERAL DE LA INVERSIÓN </w:t>
            </w:r>
          </w:p>
          <w:p w14:paraId="04BFBD05" w14:textId="4E073AE1" w:rsidR="00942D9F" w:rsidRPr="000077C5" w:rsidRDefault="00942D9F" w:rsidP="00942D9F">
            <w:pPr>
              <w:pStyle w:val="Prrafodelista"/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2.1 DESCRIPCIÓN DEL ESTADO SITUACIONAL DEL ACTIVO EXISTENTE SUJETO DE INTERVENCIÓN (EL PROBLEMA QUE SE BUSCA RESOLVER)</w:t>
            </w:r>
          </w:p>
          <w:p w14:paraId="378EC698" w14:textId="77777777" w:rsidR="00942D9F" w:rsidRPr="000077C5" w:rsidRDefault="00942D9F" w:rsidP="00942D9F">
            <w:pPr>
              <w:pStyle w:val="Prrafodelista"/>
              <w:ind w:left="360"/>
              <w:rPr>
                <w:sz w:val="18"/>
                <w:szCs w:val="18"/>
                <w:lang w:val="es-PE"/>
              </w:rPr>
            </w:pPr>
          </w:p>
          <w:tbl>
            <w:tblPr>
              <w:tblStyle w:val="Tablaconcuadrcula"/>
              <w:tblW w:w="0" w:type="auto"/>
              <w:tblInd w:w="360" w:type="dxa"/>
              <w:tblLook w:val="04A0" w:firstRow="1" w:lastRow="0" w:firstColumn="1" w:lastColumn="0" w:noHBand="0" w:noVBand="1"/>
            </w:tblPr>
            <w:tblGrid>
              <w:gridCol w:w="9944"/>
            </w:tblGrid>
            <w:tr w:rsidR="00942D9F" w:rsidRPr="000077C5" w14:paraId="12B89F3D" w14:textId="77777777" w:rsidTr="00942D9F">
              <w:trPr>
                <w:trHeight w:val="602"/>
              </w:trPr>
              <w:tc>
                <w:tcPr>
                  <w:tcW w:w="10309" w:type="dxa"/>
                </w:tcPr>
                <w:p w14:paraId="42A017AA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7978989D" w14:textId="10B4E1ED" w:rsidR="00942D9F" w:rsidRPr="000077C5" w:rsidRDefault="00942D9F" w:rsidP="00942D9F">
            <w:pPr>
              <w:pStyle w:val="Prrafodelista"/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27520" behindDoc="0" locked="0" layoutInCell="1" allowOverlap="1" wp14:anchorId="06859A43" wp14:editId="29E4B0AD">
                      <wp:simplePos x="0" y="0"/>
                      <wp:positionH relativeFrom="column">
                        <wp:posOffset>611802</wp:posOffset>
                      </wp:positionH>
                      <wp:positionV relativeFrom="paragraph">
                        <wp:posOffset>138224</wp:posOffset>
                      </wp:positionV>
                      <wp:extent cx="712470" cy="165735"/>
                      <wp:effectExtent l="57150" t="19050" r="68580" b="100965"/>
                      <wp:wrapNone/>
                      <wp:docPr id="732114172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469368D" id="Rectángulo 3" o:spid="_x0000_s1026" style="position:absolute;margin-left:48.15pt;margin-top:10.9pt;width:56.1pt;height:13.05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26496" behindDoc="0" locked="0" layoutInCell="1" allowOverlap="1" wp14:anchorId="69F7603B" wp14:editId="5188BFC2">
                      <wp:simplePos x="0" y="0"/>
                      <wp:positionH relativeFrom="column">
                        <wp:posOffset>3841750</wp:posOffset>
                      </wp:positionH>
                      <wp:positionV relativeFrom="paragraph">
                        <wp:posOffset>119380</wp:posOffset>
                      </wp:positionV>
                      <wp:extent cx="712470" cy="165735"/>
                      <wp:effectExtent l="57150" t="19050" r="68580" b="100965"/>
                      <wp:wrapNone/>
                      <wp:docPr id="1769364529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4A4CEE6" id="Rectángulo 3" o:spid="_x0000_s1026" style="position:absolute;margin-left:302.5pt;margin-top:9.4pt;width:56.1pt;height:13.05pt;z-index: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sz w:val="18"/>
                <w:szCs w:val="18"/>
                <w:lang w:val="es-PE"/>
              </w:rPr>
              <w:t>2.2¿El activo sujeto a intervención tiene inscripción registral?</w:t>
            </w:r>
          </w:p>
          <w:p w14:paraId="01A6EA34" w14:textId="3D7370A3" w:rsidR="00942D9F" w:rsidRPr="000077C5" w:rsidRDefault="00942D9F" w:rsidP="00942D9F">
            <w:pPr>
              <w:pStyle w:val="Prrafodelista"/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SI                                      Indique =&gt; Número de Partida Registral                                               Nombre de Oficina Registral</w:t>
            </w:r>
          </w:p>
          <w:p w14:paraId="74E31D93" w14:textId="77777777" w:rsidR="00942D9F" w:rsidRPr="000077C5" w:rsidRDefault="00942D9F" w:rsidP="00942D9F">
            <w:pPr>
              <w:pStyle w:val="Prrafodelista"/>
              <w:ind w:left="360"/>
              <w:rPr>
                <w:sz w:val="18"/>
                <w:szCs w:val="18"/>
                <w:lang w:val="es-PE"/>
              </w:rPr>
            </w:pPr>
          </w:p>
          <w:p w14:paraId="3B584D75" w14:textId="3B724745" w:rsidR="00942D9F" w:rsidRPr="000077C5" w:rsidRDefault="00942D9F" w:rsidP="00942D9F">
            <w:pPr>
              <w:pStyle w:val="Prrafodelista"/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28544" behindDoc="0" locked="0" layoutInCell="1" allowOverlap="1" wp14:anchorId="27D0F0D5" wp14:editId="3BE95D87">
                      <wp:simplePos x="0" y="0"/>
                      <wp:positionH relativeFrom="column">
                        <wp:posOffset>611802</wp:posOffset>
                      </wp:positionH>
                      <wp:positionV relativeFrom="paragraph">
                        <wp:posOffset>29845</wp:posOffset>
                      </wp:positionV>
                      <wp:extent cx="712470" cy="165735"/>
                      <wp:effectExtent l="57150" t="19050" r="68580" b="100965"/>
                      <wp:wrapNone/>
                      <wp:docPr id="1611047383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BA446F5" id="Rectángulo 3" o:spid="_x0000_s1026" style="position:absolute;margin-left:48.15pt;margin-top:2.35pt;width:56.1pt;height:13.05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sz w:val="18"/>
                <w:szCs w:val="18"/>
                <w:lang w:val="es-PE"/>
              </w:rPr>
              <w:t xml:space="preserve">NO       </w:t>
            </w:r>
          </w:p>
          <w:p w14:paraId="0CEA95DA" w14:textId="77777777" w:rsidR="00942D9F" w:rsidRPr="000077C5" w:rsidRDefault="00942D9F" w:rsidP="00942D9F">
            <w:pPr>
              <w:pStyle w:val="Prrafodelista"/>
              <w:ind w:left="360"/>
              <w:rPr>
                <w:sz w:val="18"/>
                <w:szCs w:val="18"/>
                <w:lang w:val="es-PE"/>
              </w:rPr>
            </w:pPr>
          </w:p>
          <w:p w14:paraId="668214BB" w14:textId="3F22961F" w:rsidR="00942D9F" w:rsidRPr="000077C5" w:rsidRDefault="00942D9F" w:rsidP="00942D9F">
            <w:pPr>
              <w:pStyle w:val="Prrafodelista"/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2.3 ¿El activo se encuentra registrado en el inventario de la entidad pública?</w:t>
            </w:r>
          </w:p>
          <w:p w14:paraId="004513C2" w14:textId="57D84613" w:rsidR="00942D9F" w:rsidRPr="000077C5" w:rsidRDefault="00942D9F" w:rsidP="00942D9F">
            <w:pPr>
              <w:pStyle w:val="Prrafodelista"/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30592" behindDoc="0" locked="0" layoutInCell="1" allowOverlap="1" wp14:anchorId="414DCC3A" wp14:editId="4556A9B1">
                      <wp:simplePos x="0" y="0"/>
                      <wp:positionH relativeFrom="column">
                        <wp:posOffset>3426254</wp:posOffset>
                      </wp:positionH>
                      <wp:positionV relativeFrom="paragraph">
                        <wp:posOffset>30480</wp:posOffset>
                      </wp:positionV>
                      <wp:extent cx="712470" cy="165735"/>
                      <wp:effectExtent l="57150" t="19050" r="68580" b="100965"/>
                      <wp:wrapNone/>
                      <wp:docPr id="1740149266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67FF2B1" id="Rectángulo 3" o:spid="_x0000_s1026" style="position:absolute;margin-left:269.8pt;margin-top:2.4pt;width:56.1pt;height:13.05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29568" behindDoc="0" locked="0" layoutInCell="1" allowOverlap="1" wp14:anchorId="077DA34F" wp14:editId="5E733D6D">
                      <wp:simplePos x="0" y="0"/>
                      <wp:positionH relativeFrom="column">
                        <wp:posOffset>611802</wp:posOffset>
                      </wp:positionH>
                      <wp:positionV relativeFrom="paragraph">
                        <wp:posOffset>30480</wp:posOffset>
                      </wp:positionV>
                      <wp:extent cx="712470" cy="165735"/>
                      <wp:effectExtent l="57150" t="19050" r="68580" b="100965"/>
                      <wp:wrapNone/>
                      <wp:docPr id="1621088245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FB879E9" id="Rectángulo 3" o:spid="_x0000_s1026" style="position:absolute;margin-left:48.15pt;margin-top:2.4pt;width:56.1pt;height:13.05pt;z-index: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sz w:val="18"/>
                <w:szCs w:val="18"/>
                <w:lang w:val="es-PE"/>
              </w:rPr>
              <w:t xml:space="preserve">SI                                                          Código del inventario  </w:t>
            </w:r>
          </w:p>
          <w:p w14:paraId="368B998B" w14:textId="215457CB" w:rsidR="00942D9F" w:rsidRPr="000077C5" w:rsidRDefault="00942D9F" w:rsidP="00942D9F">
            <w:pPr>
              <w:pStyle w:val="Prrafodelista"/>
              <w:ind w:left="360"/>
              <w:rPr>
                <w:sz w:val="18"/>
                <w:szCs w:val="18"/>
                <w:lang w:val="es-PE"/>
              </w:rPr>
            </w:pPr>
          </w:p>
          <w:p w14:paraId="300B0E7C" w14:textId="72CAA1E3" w:rsidR="00942D9F" w:rsidRPr="000077C5" w:rsidRDefault="00942D9F" w:rsidP="00942D9F">
            <w:pPr>
              <w:pStyle w:val="Prrafodelista"/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31616" behindDoc="0" locked="0" layoutInCell="1" allowOverlap="1" wp14:anchorId="007ACEC3" wp14:editId="4BD8906B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30480</wp:posOffset>
                      </wp:positionV>
                      <wp:extent cx="712470" cy="165735"/>
                      <wp:effectExtent l="57150" t="19050" r="68580" b="100965"/>
                      <wp:wrapNone/>
                      <wp:docPr id="1347811528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037C3BE" id="Rectángulo 3" o:spid="_x0000_s1026" style="position:absolute;margin-left:48.15pt;margin-top:2.4pt;width:56.1pt;height:13.05pt;z-index: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sz w:val="18"/>
                <w:szCs w:val="18"/>
                <w:lang w:val="es-PE"/>
              </w:rPr>
              <w:t xml:space="preserve">NO </w:t>
            </w:r>
          </w:p>
          <w:p w14:paraId="528467E0" w14:textId="77777777" w:rsidR="00942D9F" w:rsidRPr="000077C5" w:rsidRDefault="00942D9F" w:rsidP="00942D9F">
            <w:pPr>
              <w:pStyle w:val="Prrafodelista"/>
              <w:ind w:left="360"/>
              <w:rPr>
                <w:sz w:val="18"/>
                <w:szCs w:val="18"/>
                <w:lang w:val="es-PE"/>
              </w:rPr>
            </w:pPr>
          </w:p>
          <w:p w14:paraId="39CE471D" w14:textId="77777777" w:rsidR="00942D9F" w:rsidRPr="000077C5" w:rsidRDefault="00942D9F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       2.4DESCRIBIR Y EXPLICAR EN QUÉ CONSISTE LA INTERVENCIÓN (OPTIMIZACIÓN, AMPLIACIÓN MARGINAL, REPOSICIÓN Y REHABILITACIÓN)</w:t>
            </w:r>
          </w:p>
          <w:tbl>
            <w:tblPr>
              <w:tblStyle w:val="Tablaconcuadrcula"/>
              <w:tblW w:w="0" w:type="auto"/>
              <w:tblInd w:w="360" w:type="dxa"/>
              <w:tblLook w:val="04A0" w:firstRow="1" w:lastRow="0" w:firstColumn="1" w:lastColumn="0" w:noHBand="0" w:noVBand="1"/>
            </w:tblPr>
            <w:tblGrid>
              <w:gridCol w:w="9944"/>
            </w:tblGrid>
            <w:tr w:rsidR="00942D9F" w:rsidRPr="000077C5" w14:paraId="71AB17F3" w14:textId="77777777" w:rsidTr="00942D9F">
              <w:trPr>
                <w:trHeight w:val="484"/>
              </w:trPr>
              <w:tc>
                <w:tcPr>
                  <w:tcW w:w="10309" w:type="dxa"/>
                </w:tcPr>
                <w:p w14:paraId="59C4E5A7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5ABA0C50" w14:textId="77777777" w:rsidR="00942D9F" w:rsidRPr="000077C5" w:rsidRDefault="00942D9F" w:rsidP="00942D9F">
            <w:pPr>
              <w:rPr>
                <w:sz w:val="18"/>
                <w:szCs w:val="18"/>
                <w:lang w:val="es-PE"/>
              </w:rPr>
            </w:pPr>
          </w:p>
          <w:p w14:paraId="483B6C99" w14:textId="79CE1ACC" w:rsidR="00942D9F" w:rsidRPr="000077C5" w:rsidRDefault="00942D9F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2.5JUSTIFICACIÓN TÉCNICA DE LA INTERVENCIÓN</w:t>
            </w:r>
          </w:p>
          <w:tbl>
            <w:tblPr>
              <w:tblStyle w:val="Tablaconcuadrcula"/>
              <w:tblW w:w="0" w:type="auto"/>
              <w:tblInd w:w="360" w:type="dxa"/>
              <w:tblLook w:val="04A0" w:firstRow="1" w:lastRow="0" w:firstColumn="1" w:lastColumn="0" w:noHBand="0" w:noVBand="1"/>
            </w:tblPr>
            <w:tblGrid>
              <w:gridCol w:w="9944"/>
            </w:tblGrid>
            <w:tr w:rsidR="00942D9F" w:rsidRPr="000077C5" w14:paraId="6CFFC544" w14:textId="77777777" w:rsidTr="00942D9F">
              <w:trPr>
                <w:trHeight w:val="498"/>
              </w:trPr>
              <w:tc>
                <w:tcPr>
                  <w:tcW w:w="10309" w:type="dxa"/>
                </w:tcPr>
                <w:p w14:paraId="34564773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495563FB" w14:textId="487C44DC" w:rsidR="00942D9F" w:rsidRPr="000077C5" w:rsidRDefault="00942D9F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2.6ENTIDAD QUE SERA RESPONSABLE DEL MANTENIMIENTO</w:t>
            </w:r>
          </w:p>
          <w:p w14:paraId="32925DCD" w14:textId="77777777" w:rsidR="00942D9F" w:rsidRPr="000077C5" w:rsidRDefault="00942D9F" w:rsidP="00942D9F">
            <w:pPr>
              <w:rPr>
                <w:sz w:val="18"/>
                <w:szCs w:val="18"/>
                <w:lang w:val="es-PE"/>
              </w:rPr>
            </w:pPr>
          </w:p>
          <w:tbl>
            <w:tblPr>
              <w:tblStyle w:val="Tablaconcuadrcula"/>
              <w:tblW w:w="0" w:type="auto"/>
              <w:tblInd w:w="360" w:type="dxa"/>
              <w:tblLook w:val="04A0" w:firstRow="1" w:lastRow="0" w:firstColumn="1" w:lastColumn="0" w:noHBand="0" w:noVBand="1"/>
            </w:tblPr>
            <w:tblGrid>
              <w:gridCol w:w="9944"/>
            </w:tblGrid>
            <w:tr w:rsidR="00942D9F" w:rsidRPr="000077C5" w14:paraId="7F87C1F8" w14:textId="77777777" w:rsidTr="00942D9F">
              <w:trPr>
                <w:trHeight w:val="498"/>
              </w:trPr>
              <w:tc>
                <w:tcPr>
                  <w:tcW w:w="10309" w:type="dxa"/>
                </w:tcPr>
                <w:p w14:paraId="663AF9A3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6FD7FBBC" w14:textId="550BE03C" w:rsidR="00942D9F" w:rsidRPr="000077C5" w:rsidRDefault="00942D9F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2.7DESCRIPCIÓN ESPECÍFICA DE LA INTERVENCIÓN (SOLO APLICA UNA)</w:t>
            </w:r>
          </w:p>
          <w:tbl>
            <w:tblPr>
              <w:tblStyle w:val="Tablaconcuadrcula"/>
              <w:tblW w:w="0" w:type="auto"/>
              <w:tblInd w:w="360" w:type="dxa"/>
              <w:tblLook w:val="04A0" w:firstRow="1" w:lastRow="0" w:firstColumn="1" w:lastColumn="0" w:noHBand="0" w:noVBand="1"/>
            </w:tblPr>
            <w:tblGrid>
              <w:gridCol w:w="9944"/>
            </w:tblGrid>
            <w:tr w:rsidR="00942D9F" w:rsidRPr="000077C5" w14:paraId="613BB6CF" w14:textId="77777777" w:rsidTr="00942D9F">
              <w:trPr>
                <w:trHeight w:val="466"/>
              </w:trPr>
              <w:tc>
                <w:tcPr>
                  <w:tcW w:w="10309" w:type="dxa"/>
                </w:tcPr>
                <w:p w14:paraId="442BD94A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45313DF3" w14:textId="0D22742A" w:rsidR="00942D9F" w:rsidRPr="000077C5" w:rsidRDefault="00942D9F" w:rsidP="00942D9F">
            <w:pPr>
              <w:pStyle w:val="Prrafodelista"/>
              <w:numPr>
                <w:ilvl w:val="0"/>
                <w:numId w:val="13"/>
              </w:numPr>
              <w:rPr>
                <w:b/>
                <w:bCs/>
                <w:sz w:val="18"/>
                <w:szCs w:val="18"/>
                <w:lang w:val="es-PE"/>
              </w:rPr>
            </w:pPr>
            <w:r w:rsidRPr="000077C5">
              <w:rPr>
                <w:b/>
                <w:bCs/>
                <w:sz w:val="18"/>
                <w:szCs w:val="18"/>
                <w:lang w:val="es-PE"/>
              </w:rPr>
              <w:t>REHABILITACIÓN</w:t>
            </w:r>
          </w:p>
          <w:p w14:paraId="2F11D66A" w14:textId="7D5F1EE5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 ¿Cuáles fueron las causas de deterioro o daño del activo a rehabilitar y cómo se originaron?</w:t>
            </w:r>
          </w:p>
          <w:p w14:paraId="612F13BC" w14:textId="77777777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</w:p>
          <w:tbl>
            <w:tblPr>
              <w:tblStyle w:val="Tablaconcuadrcula"/>
              <w:tblW w:w="0" w:type="auto"/>
              <w:tblInd w:w="360" w:type="dxa"/>
              <w:tblLook w:val="04A0" w:firstRow="1" w:lastRow="0" w:firstColumn="1" w:lastColumn="0" w:noHBand="0" w:noVBand="1"/>
            </w:tblPr>
            <w:tblGrid>
              <w:gridCol w:w="9944"/>
            </w:tblGrid>
            <w:tr w:rsidR="00942D9F" w:rsidRPr="000077C5" w14:paraId="16391B2C" w14:textId="77777777" w:rsidTr="00ED135A">
              <w:trPr>
                <w:trHeight w:val="602"/>
              </w:trPr>
              <w:tc>
                <w:tcPr>
                  <w:tcW w:w="10309" w:type="dxa"/>
                </w:tcPr>
                <w:p w14:paraId="6A95F732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3DA99923" w14:textId="473CC1DA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32640" behindDoc="0" locked="0" layoutInCell="1" allowOverlap="1" wp14:anchorId="3C3A94F8" wp14:editId="3029FF6B">
                      <wp:simplePos x="0" y="0"/>
                      <wp:positionH relativeFrom="column">
                        <wp:posOffset>3129214</wp:posOffset>
                      </wp:positionH>
                      <wp:positionV relativeFrom="paragraph">
                        <wp:posOffset>127297</wp:posOffset>
                      </wp:positionV>
                      <wp:extent cx="712470" cy="165735"/>
                      <wp:effectExtent l="57150" t="19050" r="68580" b="100965"/>
                      <wp:wrapNone/>
                      <wp:docPr id="1920335210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6548CFD" id="Rectángulo 3" o:spid="_x0000_s1026" style="position:absolute;margin-left:246.4pt;margin-top:10pt;width:56.1pt;height:13.05pt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573B5530" w14:textId="13E9A47A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ANTIGÜEDAD DEL ACTIVO A REHABILITAR (AÑOS)</w:t>
            </w:r>
          </w:p>
          <w:p w14:paraId="6AEE320C" w14:textId="75F3E65F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35712" behindDoc="0" locked="0" layoutInCell="1" allowOverlap="1" wp14:anchorId="6275F1BE" wp14:editId="3A0DD52B">
                      <wp:simplePos x="0" y="0"/>
                      <wp:positionH relativeFrom="column">
                        <wp:posOffset>3128645</wp:posOffset>
                      </wp:positionH>
                      <wp:positionV relativeFrom="paragraph">
                        <wp:posOffset>67310</wp:posOffset>
                      </wp:positionV>
                      <wp:extent cx="712470" cy="165735"/>
                      <wp:effectExtent l="57150" t="19050" r="68580" b="100965"/>
                      <wp:wrapNone/>
                      <wp:docPr id="1271545514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506C101" id="Rectángulo 3" o:spid="_x0000_s1026" style="position:absolute;margin-left:246.35pt;margin-top:5.3pt;width:56.1pt;height:13.05pt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3B7B34F2" w14:textId="1748E127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ESTADO ACTUAL DEL ACTIVO A REHABILITAR                                                </w:t>
            </w:r>
            <w:r w:rsidR="000077C5">
              <w:rPr>
                <w:sz w:val="18"/>
                <w:szCs w:val="18"/>
                <w:lang w:val="es-PE"/>
              </w:rPr>
              <w:t xml:space="preserve">                 </w:t>
            </w:r>
            <w:proofErr w:type="gramStart"/>
            <w:r w:rsidR="000077C5">
              <w:rPr>
                <w:sz w:val="18"/>
                <w:szCs w:val="18"/>
                <w:lang w:val="es-PE"/>
              </w:rPr>
              <w:t xml:space="preserve">  </w:t>
            </w:r>
            <w:r w:rsidRPr="000077C5">
              <w:rPr>
                <w:sz w:val="18"/>
                <w:szCs w:val="18"/>
                <w:lang w:val="es-PE"/>
              </w:rPr>
              <w:t xml:space="preserve"> (</w:t>
            </w:r>
            <w:proofErr w:type="gramEnd"/>
            <w:r w:rsidRPr="000077C5">
              <w:rPr>
                <w:sz w:val="18"/>
                <w:szCs w:val="18"/>
                <w:lang w:val="es-PE"/>
              </w:rPr>
              <w:t xml:space="preserve">REGULAR, MALO, MUY MALO) </w:t>
            </w:r>
          </w:p>
          <w:p w14:paraId="3A2489A9" w14:textId="1CBC9060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</w:p>
          <w:p w14:paraId="4A7F7488" w14:textId="52E48DF5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34688" behindDoc="0" locked="0" layoutInCell="1" allowOverlap="1" wp14:anchorId="6D17EDA5" wp14:editId="4397E395">
                      <wp:simplePos x="0" y="0"/>
                      <wp:positionH relativeFrom="column">
                        <wp:posOffset>4483100</wp:posOffset>
                      </wp:positionH>
                      <wp:positionV relativeFrom="paragraph">
                        <wp:posOffset>30480</wp:posOffset>
                      </wp:positionV>
                      <wp:extent cx="712470" cy="165735"/>
                      <wp:effectExtent l="57150" t="19050" r="68580" b="90805"/>
                      <wp:wrapNone/>
                      <wp:docPr id="1672022434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058166" id="Rectángulo 3" o:spid="_x0000_s1026" style="position:absolute;margin-left:353pt;margin-top:2.4pt;width:56.1pt;height:13.05pt;z-index:251634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sz w:val="18"/>
                <w:szCs w:val="18"/>
                <w:lang w:val="es-PE"/>
              </w:rPr>
              <w:t xml:space="preserve">COSTO ANUAL DE MANTENIMIENTO ACTUAL DEL ACTIVO A REHABILITAR  </w:t>
            </w:r>
          </w:p>
          <w:p w14:paraId="3B4562BE" w14:textId="4263A0F9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36736" behindDoc="0" locked="0" layoutInCell="1" allowOverlap="1" wp14:anchorId="24BA92CD" wp14:editId="0CE42527">
                      <wp:simplePos x="0" y="0"/>
                      <wp:positionH relativeFrom="column">
                        <wp:posOffset>4483100</wp:posOffset>
                      </wp:positionH>
                      <wp:positionV relativeFrom="paragraph">
                        <wp:posOffset>135890</wp:posOffset>
                      </wp:positionV>
                      <wp:extent cx="712470" cy="165735"/>
                      <wp:effectExtent l="57150" t="19050" r="68580" b="100965"/>
                      <wp:wrapNone/>
                      <wp:docPr id="1357461235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487229D" id="Rectángulo 3" o:spid="_x0000_s1026" style="position:absolute;margin-left:353pt;margin-top:10.7pt;width:56.1pt;height:13.05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7A97EE49" w14:textId="1C03370D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EXPECTATIVA DE VIDA UTIL (AÑOS) DEL ACTIVO REHABILITADO</w:t>
            </w:r>
          </w:p>
          <w:p w14:paraId="002F854D" w14:textId="6366C7AE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37760" behindDoc="0" locked="0" layoutInCell="1" allowOverlap="1" wp14:anchorId="05CF96A0" wp14:editId="7D2A1FC5">
                      <wp:simplePos x="0" y="0"/>
                      <wp:positionH relativeFrom="column">
                        <wp:posOffset>4483100</wp:posOffset>
                      </wp:positionH>
                      <wp:positionV relativeFrom="paragraph">
                        <wp:posOffset>101600</wp:posOffset>
                      </wp:positionV>
                      <wp:extent cx="712470" cy="165735"/>
                      <wp:effectExtent l="57150" t="19050" r="68580" b="100965"/>
                      <wp:wrapNone/>
                      <wp:docPr id="1996500904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54A0E74" id="Rectángulo 3" o:spid="_x0000_s1026" style="position:absolute;margin-left:353pt;margin-top:8pt;width:56.1pt;height:13.05p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7D4A873E" w14:textId="77777777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 COSTO ANUAL DE MANTENIMIENTO DEL ACTIVO REHABILITAD     </w:t>
            </w:r>
          </w:p>
          <w:p w14:paraId="2DBAA941" w14:textId="03235397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                 </w:t>
            </w:r>
          </w:p>
          <w:p w14:paraId="0091CDEE" w14:textId="36D0D9D7" w:rsidR="00942D9F" w:rsidRPr="000077C5" w:rsidRDefault="00942D9F" w:rsidP="00942D9F">
            <w:pPr>
              <w:pStyle w:val="Prrafodelista"/>
              <w:numPr>
                <w:ilvl w:val="0"/>
                <w:numId w:val="13"/>
              </w:numPr>
              <w:rPr>
                <w:b/>
                <w:bCs/>
                <w:sz w:val="18"/>
                <w:szCs w:val="18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38784" behindDoc="0" locked="0" layoutInCell="1" allowOverlap="1" wp14:anchorId="5FD7F5DE" wp14:editId="2C6806A2">
                      <wp:simplePos x="0" y="0"/>
                      <wp:positionH relativeFrom="column">
                        <wp:posOffset>2950903</wp:posOffset>
                      </wp:positionH>
                      <wp:positionV relativeFrom="paragraph">
                        <wp:posOffset>95942</wp:posOffset>
                      </wp:positionV>
                      <wp:extent cx="712470" cy="165735"/>
                      <wp:effectExtent l="57150" t="19050" r="68580" b="100965"/>
                      <wp:wrapNone/>
                      <wp:docPr id="909982903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EB9B0C8" id="Rectángulo 3" o:spid="_x0000_s1026" style="position:absolute;margin-left:232.35pt;margin-top:7.55pt;width:56.1pt;height:13.05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b/>
                <w:bCs/>
                <w:sz w:val="18"/>
                <w:szCs w:val="18"/>
              </w:rPr>
              <w:t>REPOSICIÓN</w:t>
            </w:r>
          </w:p>
          <w:p w14:paraId="63DE1F96" w14:textId="3C9CE2C6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ANTIGÜEDAD DEL ACTIVO A REPONER (AÑOS) </w:t>
            </w:r>
          </w:p>
          <w:p w14:paraId="3B4DD908" w14:textId="69B4AD2E" w:rsidR="00942D9F" w:rsidRPr="000077C5" w:rsidRDefault="000077C5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41856" behindDoc="0" locked="0" layoutInCell="1" allowOverlap="1" wp14:anchorId="61EE04F9" wp14:editId="371C853D">
                      <wp:simplePos x="0" y="0"/>
                      <wp:positionH relativeFrom="column">
                        <wp:posOffset>2943225</wp:posOffset>
                      </wp:positionH>
                      <wp:positionV relativeFrom="paragraph">
                        <wp:posOffset>67310</wp:posOffset>
                      </wp:positionV>
                      <wp:extent cx="712470" cy="165735"/>
                      <wp:effectExtent l="57150" t="19050" r="68580" b="100965"/>
                      <wp:wrapNone/>
                      <wp:docPr id="252105048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5D97698" id="Rectángulo 3" o:spid="_x0000_s1026" style="position:absolute;margin-left:231.75pt;margin-top:5.3pt;width:56.1pt;height:13.05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796CC5F9" w14:textId="6BC70012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ESTADO ACTUAL DEL ACTIVO A REEMPLAZAR                                  </w:t>
            </w:r>
            <w:r w:rsidR="000077C5">
              <w:rPr>
                <w:sz w:val="18"/>
                <w:szCs w:val="18"/>
                <w:lang w:val="es-PE"/>
              </w:rPr>
              <w:t xml:space="preserve">                          </w:t>
            </w:r>
            <w:proofErr w:type="gramStart"/>
            <w:r w:rsidR="000077C5">
              <w:rPr>
                <w:sz w:val="18"/>
                <w:szCs w:val="18"/>
                <w:lang w:val="es-PE"/>
              </w:rPr>
              <w:t xml:space="preserve">  </w:t>
            </w:r>
            <w:r w:rsidRPr="000077C5">
              <w:rPr>
                <w:sz w:val="18"/>
                <w:szCs w:val="18"/>
                <w:lang w:val="es-PE"/>
              </w:rPr>
              <w:t xml:space="preserve"> (</w:t>
            </w:r>
            <w:proofErr w:type="gramEnd"/>
            <w:r w:rsidRPr="000077C5">
              <w:rPr>
                <w:sz w:val="18"/>
                <w:szCs w:val="18"/>
                <w:lang w:val="es-PE"/>
              </w:rPr>
              <w:t>REGULAR, MALO, MUY MALO, IRRECUPERABLE)</w:t>
            </w:r>
          </w:p>
          <w:p w14:paraId="2024D149" w14:textId="5A7229AA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42880" behindDoc="0" locked="0" layoutInCell="1" allowOverlap="1" wp14:anchorId="735BAC9D" wp14:editId="0EE0EDDF">
                      <wp:simplePos x="0" y="0"/>
                      <wp:positionH relativeFrom="column">
                        <wp:posOffset>4483100</wp:posOffset>
                      </wp:positionH>
                      <wp:positionV relativeFrom="paragraph">
                        <wp:posOffset>150495</wp:posOffset>
                      </wp:positionV>
                      <wp:extent cx="712470" cy="165735"/>
                      <wp:effectExtent l="57150" t="19050" r="68580" b="100965"/>
                      <wp:wrapNone/>
                      <wp:docPr id="1617851713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67D6357" id="Rectángulo 3" o:spid="_x0000_s1026" style="position:absolute;margin-left:353pt;margin-top:11.85pt;width:56.1pt;height:13.05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sz w:val="18"/>
                <w:szCs w:val="18"/>
                <w:lang w:val="es-PE"/>
              </w:rPr>
              <w:t xml:space="preserve"> </w:t>
            </w:r>
          </w:p>
          <w:p w14:paraId="11B212E7" w14:textId="50EF109D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COSTO ANUAL DE MANTENIMIENTO ACTUAL DEL ACTIVO A REEMPLAZAR  </w:t>
            </w:r>
          </w:p>
          <w:p w14:paraId="4CA01586" w14:textId="65A1734F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21F25AF7" wp14:editId="502FFC60">
                      <wp:simplePos x="0" y="0"/>
                      <wp:positionH relativeFrom="column">
                        <wp:posOffset>4483158</wp:posOffset>
                      </wp:positionH>
                      <wp:positionV relativeFrom="paragraph">
                        <wp:posOffset>84067</wp:posOffset>
                      </wp:positionV>
                      <wp:extent cx="712470" cy="165735"/>
                      <wp:effectExtent l="57150" t="19050" r="68580" b="100965"/>
                      <wp:wrapNone/>
                      <wp:docPr id="268426247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283B6C4" id="Rectángulo 3" o:spid="_x0000_s1026" style="position:absolute;margin-left:353pt;margin-top:6.6pt;width:56.1pt;height:13.0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6076D223" w14:textId="7825D779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EXPECTATIVA DE VIDA UTIL (AÑOS) DEL NUEVO ACTIVO       </w:t>
            </w:r>
          </w:p>
          <w:p w14:paraId="48A484B3" w14:textId="0EFFBC73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6485F498" wp14:editId="543B35B1">
                      <wp:simplePos x="0" y="0"/>
                      <wp:positionH relativeFrom="column">
                        <wp:posOffset>4483100</wp:posOffset>
                      </wp:positionH>
                      <wp:positionV relativeFrom="paragraph">
                        <wp:posOffset>43180</wp:posOffset>
                      </wp:positionV>
                      <wp:extent cx="712470" cy="165735"/>
                      <wp:effectExtent l="57150" t="19050" r="68580" b="100965"/>
                      <wp:wrapNone/>
                      <wp:docPr id="1385603438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FEF376" id="Rectángulo 3" o:spid="_x0000_s1026" style="position:absolute;margin-left:353pt;margin-top:3.4pt;width:56.1pt;height:13.05pt;z-index:251644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0B8B2FCE" w14:textId="211DCAF4" w:rsidR="00942D9F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COSTO ANUAL DE MANTENIMIENTO DEL ACTIVO NUEVO </w:t>
            </w:r>
          </w:p>
          <w:p w14:paraId="0FA09F3A" w14:textId="77777777" w:rsidR="00F1741A" w:rsidRDefault="00F1741A" w:rsidP="00942D9F">
            <w:pPr>
              <w:ind w:left="360"/>
              <w:rPr>
                <w:sz w:val="18"/>
                <w:szCs w:val="18"/>
                <w:lang w:val="es-PE"/>
              </w:rPr>
            </w:pPr>
          </w:p>
          <w:p w14:paraId="1CABDB99" w14:textId="77777777" w:rsidR="00F1741A" w:rsidRDefault="00F1741A" w:rsidP="00942D9F">
            <w:pPr>
              <w:ind w:left="360"/>
              <w:rPr>
                <w:sz w:val="18"/>
                <w:szCs w:val="18"/>
                <w:lang w:val="es-PE"/>
              </w:rPr>
            </w:pPr>
          </w:p>
          <w:p w14:paraId="0E080D23" w14:textId="77777777" w:rsidR="00F1741A" w:rsidRDefault="00F1741A" w:rsidP="00942D9F">
            <w:pPr>
              <w:ind w:left="360"/>
              <w:rPr>
                <w:sz w:val="18"/>
                <w:szCs w:val="18"/>
                <w:lang w:val="es-PE"/>
              </w:rPr>
            </w:pPr>
          </w:p>
          <w:p w14:paraId="4250D568" w14:textId="77777777" w:rsidR="00F1741A" w:rsidRDefault="00F1741A" w:rsidP="00942D9F">
            <w:pPr>
              <w:ind w:left="360"/>
              <w:rPr>
                <w:sz w:val="18"/>
                <w:szCs w:val="18"/>
                <w:lang w:val="es-PE"/>
              </w:rPr>
            </w:pPr>
          </w:p>
          <w:p w14:paraId="551E8748" w14:textId="77777777" w:rsidR="00F1741A" w:rsidRPr="000077C5" w:rsidRDefault="00F1741A" w:rsidP="00942D9F">
            <w:pPr>
              <w:ind w:left="360"/>
              <w:rPr>
                <w:sz w:val="18"/>
                <w:szCs w:val="18"/>
                <w:lang w:val="es-PE"/>
              </w:rPr>
            </w:pPr>
          </w:p>
          <w:p w14:paraId="3E8B63D9" w14:textId="4519C1F3" w:rsidR="00942D9F" w:rsidRPr="000077C5" w:rsidRDefault="00942D9F" w:rsidP="00942D9F">
            <w:pPr>
              <w:pStyle w:val="Prrafodelista"/>
              <w:numPr>
                <w:ilvl w:val="0"/>
                <w:numId w:val="13"/>
              </w:numPr>
              <w:rPr>
                <w:b/>
                <w:bCs/>
                <w:sz w:val="18"/>
                <w:szCs w:val="18"/>
                <w:lang w:val="es-PE"/>
              </w:rPr>
            </w:pPr>
            <w:r w:rsidRPr="000077C5">
              <w:rPr>
                <w:b/>
                <w:bCs/>
                <w:sz w:val="18"/>
                <w:szCs w:val="18"/>
                <w:lang w:val="es-PE"/>
              </w:rPr>
              <w:lastRenderedPageBreak/>
              <w:t>OP</w:t>
            </w:r>
            <w:r w:rsidR="00F1741A">
              <w:rPr>
                <w:b/>
                <w:bCs/>
                <w:sz w:val="18"/>
                <w:szCs w:val="18"/>
                <w:lang w:val="es-PE"/>
              </w:rPr>
              <w:t>T</w:t>
            </w:r>
            <w:r w:rsidRPr="000077C5">
              <w:rPr>
                <w:b/>
                <w:bCs/>
                <w:sz w:val="18"/>
                <w:szCs w:val="18"/>
                <w:lang w:val="es-PE"/>
              </w:rPr>
              <w:t xml:space="preserve">IMIZACIÓN </w:t>
            </w:r>
          </w:p>
          <w:p w14:paraId="65468A92" w14:textId="72F14723" w:rsidR="00942D9F" w:rsidRPr="000077C5" w:rsidRDefault="00942D9F" w:rsidP="00942D9F">
            <w:pPr>
              <w:ind w:left="360"/>
              <w:rPr>
                <w:b/>
                <w:bCs/>
                <w:sz w:val="18"/>
                <w:szCs w:val="18"/>
                <w:lang w:val="es-PE"/>
              </w:rPr>
            </w:pPr>
            <w:r w:rsidRPr="000077C5">
              <w:rPr>
                <w:b/>
                <w:bCs/>
                <w:sz w:val="18"/>
                <w:szCs w:val="18"/>
                <w:lang w:val="es-PE"/>
              </w:rPr>
              <w:t xml:space="preserve">C1.  CASO01: ADQUISICIÓN DE TERRENO </w:t>
            </w:r>
          </w:p>
          <w:p w14:paraId="150DC6DA" w14:textId="75623E66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INDIQUE EL DOCUMENTO O INFORME DE PLANIFICACIÓN DE LA AMPLIACION DE LA OFERTA DE SERVICIOS PUBLICOS PRIORIZADOS EN EL PMI (QUE SUSTENTA LA ADQUISICIÓN DEL TERRENO)</w:t>
            </w:r>
          </w:p>
          <w:tbl>
            <w:tblPr>
              <w:tblStyle w:val="Tablaconcuadrcula"/>
              <w:tblW w:w="0" w:type="auto"/>
              <w:tblInd w:w="360" w:type="dxa"/>
              <w:tblLook w:val="04A0" w:firstRow="1" w:lastRow="0" w:firstColumn="1" w:lastColumn="0" w:noHBand="0" w:noVBand="1"/>
            </w:tblPr>
            <w:tblGrid>
              <w:gridCol w:w="9944"/>
            </w:tblGrid>
            <w:tr w:rsidR="00942D9F" w:rsidRPr="000077C5" w14:paraId="7A560916" w14:textId="77777777" w:rsidTr="00ED135A">
              <w:trPr>
                <w:trHeight w:val="602"/>
              </w:trPr>
              <w:tc>
                <w:tcPr>
                  <w:tcW w:w="10309" w:type="dxa"/>
                </w:tcPr>
                <w:p w14:paraId="0B3B3B13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70668774" w14:textId="2993C9C8" w:rsidR="00942D9F" w:rsidRPr="000077C5" w:rsidRDefault="00942D9F" w:rsidP="00942D9F">
            <w:pPr>
              <w:ind w:left="360"/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 CARACTERÍSTICAS REQUERIDAS PARA EL TERRENO</w:t>
            </w:r>
          </w:p>
          <w:p w14:paraId="0D0F506A" w14:textId="007CDD69" w:rsidR="00942D9F" w:rsidRPr="000077C5" w:rsidRDefault="00942D9F" w:rsidP="00942D9F">
            <w:pPr>
              <w:pStyle w:val="Prrafodelista"/>
              <w:numPr>
                <w:ilvl w:val="0"/>
                <w:numId w:val="16"/>
              </w:numPr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0BEB8901" wp14:editId="4A208A12">
                      <wp:simplePos x="0" y="0"/>
                      <wp:positionH relativeFrom="column">
                        <wp:posOffset>2583106</wp:posOffset>
                      </wp:positionH>
                      <wp:positionV relativeFrom="paragraph">
                        <wp:posOffset>30480</wp:posOffset>
                      </wp:positionV>
                      <wp:extent cx="712470" cy="165735"/>
                      <wp:effectExtent l="57150" t="19050" r="68580" b="100965"/>
                      <wp:wrapNone/>
                      <wp:docPr id="98542647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96FEE1" id="Rectángulo 3" o:spid="_x0000_s1026" style="position:absolute;margin-left:203.4pt;margin-top:2.4pt;width:56.1pt;height:13.05pt;z-index:251645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sz w:val="18"/>
                <w:szCs w:val="18"/>
                <w:lang w:val="es-PE"/>
              </w:rPr>
              <w:t xml:space="preserve">Área del terreno requerida en m2 </w:t>
            </w:r>
          </w:p>
          <w:p w14:paraId="5D1A757A" w14:textId="36F329AB" w:rsidR="00942D9F" w:rsidRPr="000077C5" w:rsidRDefault="00942D9F" w:rsidP="00942D9F">
            <w:pPr>
              <w:pStyle w:val="Prrafodelista"/>
              <w:numPr>
                <w:ilvl w:val="0"/>
                <w:numId w:val="16"/>
              </w:numPr>
              <w:rPr>
                <w:sz w:val="18"/>
                <w:szCs w:val="18"/>
              </w:rPr>
            </w:pPr>
            <w:proofErr w:type="spellStart"/>
            <w:r w:rsidRPr="000077C5">
              <w:rPr>
                <w:sz w:val="18"/>
                <w:szCs w:val="18"/>
              </w:rPr>
              <w:t>Ubicación</w:t>
            </w:r>
            <w:proofErr w:type="spellEnd"/>
            <w:r w:rsidRPr="000077C5">
              <w:rPr>
                <w:sz w:val="18"/>
                <w:szCs w:val="18"/>
              </w:rPr>
              <w:t xml:space="preserve"> </w:t>
            </w:r>
            <w:proofErr w:type="spellStart"/>
            <w:r w:rsidRPr="000077C5">
              <w:rPr>
                <w:sz w:val="18"/>
                <w:szCs w:val="18"/>
              </w:rPr>
              <w:t>estimada</w:t>
            </w:r>
            <w:proofErr w:type="spellEnd"/>
          </w:p>
          <w:p w14:paraId="336EA66B" w14:textId="77777777" w:rsidR="00942D9F" w:rsidRPr="000077C5" w:rsidRDefault="00942D9F" w:rsidP="00942D9F">
            <w:pPr>
              <w:pStyle w:val="Prrafodelista"/>
              <w:rPr>
                <w:sz w:val="18"/>
                <w:szCs w:val="18"/>
                <w:lang w:val="es-PE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061"/>
              <w:gridCol w:w="2062"/>
              <w:gridCol w:w="2062"/>
              <w:gridCol w:w="2062"/>
            </w:tblGrid>
            <w:tr w:rsidR="00942D9F" w:rsidRPr="000077C5" w14:paraId="2237FEE7" w14:textId="77777777" w:rsidTr="00942D9F">
              <w:tc>
                <w:tcPr>
                  <w:tcW w:w="2061" w:type="dxa"/>
                </w:tcPr>
                <w:p w14:paraId="1CB3A50E" w14:textId="0BFAB606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 xml:space="preserve">DEPARTAMENTO </w:t>
                  </w:r>
                </w:p>
              </w:tc>
              <w:tc>
                <w:tcPr>
                  <w:tcW w:w="2062" w:type="dxa"/>
                </w:tcPr>
                <w:p w14:paraId="32CFC07D" w14:textId="7B4F18EF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>PROVINCIA</w:t>
                  </w:r>
                </w:p>
              </w:tc>
              <w:tc>
                <w:tcPr>
                  <w:tcW w:w="2062" w:type="dxa"/>
                </w:tcPr>
                <w:p w14:paraId="671840F1" w14:textId="61E0B497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>DISTRITO</w:t>
                  </w:r>
                </w:p>
              </w:tc>
              <w:tc>
                <w:tcPr>
                  <w:tcW w:w="2062" w:type="dxa"/>
                </w:tcPr>
                <w:p w14:paraId="28804CF9" w14:textId="3CC0C6BA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  <w:r w:rsidRPr="000077C5">
                    <w:rPr>
                      <w:sz w:val="18"/>
                      <w:szCs w:val="18"/>
                      <w:lang w:val="es-PE"/>
                    </w:rPr>
                    <w:t xml:space="preserve">LOCALIDAD </w:t>
                  </w:r>
                </w:p>
              </w:tc>
            </w:tr>
            <w:tr w:rsidR="00942D9F" w:rsidRPr="000077C5" w14:paraId="5BB09717" w14:textId="77777777" w:rsidTr="00942D9F">
              <w:tc>
                <w:tcPr>
                  <w:tcW w:w="2061" w:type="dxa"/>
                </w:tcPr>
                <w:p w14:paraId="593AAAF3" w14:textId="77777777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2062" w:type="dxa"/>
                </w:tcPr>
                <w:p w14:paraId="3ABD0D9C" w14:textId="77777777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2062" w:type="dxa"/>
                </w:tcPr>
                <w:p w14:paraId="01BFF1A4" w14:textId="77777777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2062" w:type="dxa"/>
                </w:tcPr>
                <w:p w14:paraId="3BA5DD7F" w14:textId="77777777" w:rsidR="00942D9F" w:rsidRPr="000077C5" w:rsidRDefault="00942D9F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1804CD0D" w14:textId="07A39E71" w:rsidR="00942D9F" w:rsidRPr="000077C5" w:rsidRDefault="00942D9F" w:rsidP="00942D9F">
            <w:pPr>
              <w:pStyle w:val="Prrafodelista"/>
              <w:numPr>
                <w:ilvl w:val="0"/>
                <w:numId w:val="16"/>
              </w:num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Uso futuro del terreno y justificación del dimensionamiento del área del terreno</w:t>
            </w:r>
          </w:p>
          <w:p w14:paraId="72281B13" w14:textId="77777777" w:rsidR="00942D9F" w:rsidRPr="000077C5" w:rsidRDefault="00942D9F" w:rsidP="00942D9F">
            <w:pPr>
              <w:pStyle w:val="Prrafodelista"/>
              <w:rPr>
                <w:sz w:val="18"/>
                <w:szCs w:val="18"/>
                <w:lang w:val="es-PE"/>
              </w:rPr>
            </w:pPr>
          </w:p>
          <w:tbl>
            <w:tblPr>
              <w:tblStyle w:val="Tablaconcuadrcula"/>
              <w:tblW w:w="0" w:type="auto"/>
              <w:tblInd w:w="360" w:type="dxa"/>
              <w:tblLook w:val="04A0" w:firstRow="1" w:lastRow="0" w:firstColumn="1" w:lastColumn="0" w:noHBand="0" w:noVBand="1"/>
            </w:tblPr>
            <w:tblGrid>
              <w:gridCol w:w="9944"/>
            </w:tblGrid>
            <w:tr w:rsidR="00942D9F" w:rsidRPr="000077C5" w14:paraId="39F31378" w14:textId="77777777" w:rsidTr="00ED135A">
              <w:trPr>
                <w:trHeight w:val="602"/>
              </w:trPr>
              <w:tc>
                <w:tcPr>
                  <w:tcW w:w="10309" w:type="dxa"/>
                </w:tcPr>
                <w:p w14:paraId="435BF5D7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1C87CE4F" w14:textId="21025E61" w:rsidR="00942D9F" w:rsidRPr="000077C5" w:rsidRDefault="00942D9F" w:rsidP="00942D9F">
            <w:pPr>
              <w:rPr>
                <w:b/>
                <w:bCs/>
                <w:sz w:val="18"/>
                <w:szCs w:val="18"/>
                <w:lang w:val="es-PE"/>
              </w:rPr>
            </w:pPr>
            <w:r w:rsidRPr="000077C5">
              <w:rPr>
                <w:b/>
                <w:bCs/>
                <w:sz w:val="18"/>
                <w:szCs w:val="18"/>
                <w:lang w:val="es-PE"/>
              </w:rPr>
              <w:t>C.2. CASO 02: INVERSIONES DE OPTIMIZACIÓN</w:t>
            </w:r>
          </w:p>
          <w:p w14:paraId="4DAC5BD4" w14:textId="4F12D7E0" w:rsidR="00942D9F" w:rsidRPr="000077C5" w:rsidRDefault="00942D9F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DESCRIPCIÓN DEL ESTADO SITUACIONAL DE LA OFERTA EXISTENTE QUE MOTIVA LA INVERSIÓN EN OPTIMIZACIÓN</w:t>
            </w:r>
          </w:p>
          <w:p w14:paraId="3827EC7A" w14:textId="77777777" w:rsidR="00942D9F" w:rsidRPr="000077C5" w:rsidRDefault="00942D9F" w:rsidP="00942D9F">
            <w:pPr>
              <w:rPr>
                <w:sz w:val="18"/>
                <w:szCs w:val="18"/>
                <w:lang w:val="es-PE"/>
              </w:rPr>
            </w:pPr>
          </w:p>
          <w:tbl>
            <w:tblPr>
              <w:tblStyle w:val="Tablaconcuadrcula"/>
              <w:tblW w:w="0" w:type="auto"/>
              <w:tblInd w:w="360" w:type="dxa"/>
              <w:tblLook w:val="04A0" w:firstRow="1" w:lastRow="0" w:firstColumn="1" w:lastColumn="0" w:noHBand="0" w:noVBand="1"/>
            </w:tblPr>
            <w:tblGrid>
              <w:gridCol w:w="9944"/>
            </w:tblGrid>
            <w:tr w:rsidR="00942D9F" w:rsidRPr="000077C5" w14:paraId="4E544EB0" w14:textId="77777777" w:rsidTr="00ED135A">
              <w:trPr>
                <w:trHeight w:val="602"/>
              </w:trPr>
              <w:tc>
                <w:tcPr>
                  <w:tcW w:w="10309" w:type="dxa"/>
                </w:tcPr>
                <w:p w14:paraId="4B1A62FD" w14:textId="77777777" w:rsidR="00942D9F" w:rsidRPr="000077C5" w:rsidRDefault="00942D9F" w:rsidP="00942D9F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4ED4AC5F" w14:textId="75E05AB2" w:rsidR="00942D9F" w:rsidRPr="000077C5" w:rsidRDefault="00942D9F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ESTIMACIÓN DEL INCREMENTO DE LA CAPACIDAD PRODUCTORA O DESCRIPCIÓN DE SU MEJORAMIENTO COMO RESULTADO DE LA OPTIMIZACIÓN</w:t>
            </w:r>
          </w:p>
          <w:p w14:paraId="075C5526" w14:textId="6EE00F31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</w:p>
          <w:p w14:paraId="585E3CC7" w14:textId="44F96CED" w:rsidR="00942D9F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01A0A8D8" wp14:editId="6928CE34">
                      <wp:simplePos x="0" y="0"/>
                      <wp:positionH relativeFrom="column">
                        <wp:posOffset>4665980</wp:posOffset>
                      </wp:positionH>
                      <wp:positionV relativeFrom="paragraph">
                        <wp:posOffset>90170</wp:posOffset>
                      </wp:positionV>
                      <wp:extent cx="712470" cy="165735"/>
                      <wp:effectExtent l="57150" t="19050" r="68580" b="100965"/>
                      <wp:wrapNone/>
                      <wp:docPr id="1486067422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1F2AA5" id="Rectángulo 3" o:spid="_x0000_s1026" style="position:absolute;margin-left:367.4pt;margin-top:7.1pt;width:56.1pt;height:13.05pt;z-index: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tbl>
            <w:tblPr>
              <w:tblStyle w:val="Tablaconcuadrcula"/>
              <w:tblpPr w:leftFromText="141" w:rightFromText="141" w:vertAnchor="text" w:horzAnchor="margin" w:tblpY="-28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9954"/>
            </w:tblGrid>
            <w:tr w:rsidR="000077C5" w:rsidRPr="000077C5" w14:paraId="6597E4E3" w14:textId="77777777" w:rsidTr="000077C5">
              <w:trPr>
                <w:trHeight w:val="602"/>
              </w:trPr>
              <w:tc>
                <w:tcPr>
                  <w:tcW w:w="9954" w:type="dxa"/>
                </w:tcPr>
                <w:p w14:paraId="55B6EC66" w14:textId="77777777" w:rsidR="000077C5" w:rsidRPr="000077C5" w:rsidRDefault="000077C5" w:rsidP="000077C5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0D89C5F1" w14:textId="45861C53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UNIDAD DE MEDIDA DE LA CAPACIDAD DE PRODUCCIÓN DEL SERVICIO</w:t>
            </w:r>
            <w:r w:rsidRPr="000077C5">
              <w:rPr>
                <w:sz w:val="18"/>
                <w:szCs w:val="18"/>
                <w:lang w:val="es-PE"/>
              </w:rPr>
              <w:t xml:space="preserve"> </w:t>
            </w:r>
          </w:p>
          <w:p w14:paraId="07F2ABDA" w14:textId="44246250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3431979" wp14:editId="57CC2DEA">
                      <wp:simplePos x="0" y="0"/>
                      <wp:positionH relativeFrom="column">
                        <wp:posOffset>4665980</wp:posOffset>
                      </wp:positionH>
                      <wp:positionV relativeFrom="paragraph">
                        <wp:posOffset>52070</wp:posOffset>
                      </wp:positionV>
                      <wp:extent cx="712470" cy="165735"/>
                      <wp:effectExtent l="57150" t="19050" r="68580" b="100965"/>
                      <wp:wrapNone/>
                      <wp:docPr id="1126076381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29B266" id="Rectángulo 3" o:spid="_x0000_s1026" style="position:absolute;margin-left:367.4pt;margin-top:4.1pt;width:56.1pt;height:13.0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434B12FA" w14:textId="62ADE483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 CAPACIDAD DE PRODUCCIÓN ACTUAL DEL SERVICIO</w:t>
            </w:r>
            <w:r w:rsidRPr="000077C5">
              <w:rPr>
                <w:sz w:val="18"/>
                <w:szCs w:val="18"/>
                <w:lang w:val="es-PE"/>
              </w:rPr>
              <w:t xml:space="preserve">                                              </w:t>
            </w:r>
            <w:r w:rsidRPr="000077C5">
              <w:rPr>
                <w:sz w:val="18"/>
                <w:szCs w:val="18"/>
                <w:lang w:val="es-PE"/>
              </w:rPr>
              <w:t xml:space="preserve"> VALOR</w:t>
            </w:r>
          </w:p>
          <w:p w14:paraId="10C231CF" w14:textId="59BD03E3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   </w:t>
            </w:r>
          </w:p>
          <w:p w14:paraId="0AEAC3EB" w14:textId="34AC7C7F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 CAPACIDAD DE PRODUCCION DEL SERVICIO CON OPTIMIZACIÓN </w:t>
            </w:r>
            <w:r w:rsidRPr="000077C5">
              <w:rPr>
                <w:sz w:val="18"/>
                <w:szCs w:val="18"/>
                <w:lang w:val="es-PE"/>
              </w:rPr>
              <w:t xml:space="preserve">                       </w:t>
            </w:r>
            <w:r w:rsidRPr="000077C5">
              <w:rPr>
                <w:sz w:val="18"/>
                <w:szCs w:val="18"/>
                <w:lang w:val="es-PE"/>
              </w:rPr>
              <w:t>VALOR</w:t>
            </w:r>
          </w:p>
          <w:p w14:paraId="4999B531" w14:textId="77777777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</w:p>
          <w:p w14:paraId="7708D8E0" w14:textId="77777777" w:rsidR="000077C5" w:rsidRPr="000077C5" w:rsidRDefault="000077C5" w:rsidP="00942D9F">
            <w:pPr>
              <w:rPr>
                <w:b/>
                <w:bCs/>
                <w:sz w:val="18"/>
                <w:szCs w:val="18"/>
                <w:lang w:val="es-PE"/>
              </w:rPr>
            </w:pPr>
            <w:r w:rsidRPr="000077C5">
              <w:rPr>
                <w:b/>
                <w:bCs/>
                <w:sz w:val="18"/>
                <w:szCs w:val="18"/>
                <w:lang w:val="es-PE"/>
              </w:rPr>
              <w:t>D. AMPLIACIÓN MARGINAL</w:t>
            </w:r>
          </w:p>
          <w:p w14:paraId="0AF47965" w14:textId="77777777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</w:p>
          <w:p w14:paraId="73D766D1" w14:textId="77777777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 D.1. ¿MODIFICA CAPACIDAD DE PRODUCCIÓN DE SERVICIOS? </w:t>
            </w:r>
          </w:p>
          <w:p w14:paraId="2151D47F" w14:textId="72C3BD44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81BA0E5" wp14:editId="4BBA3166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147320</wp:posOffset>
                      </wp:positionV>
                      <wp:extent cx="712470" cy="165735"/>
                      <wp:effectExtent l="57150" t="19050" r="68580" b="100965"/>
                      <wp:wrapNone/>
                      <wp:docPr id="1718713795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E78B4D" id="Rectángulo 3" o:spid="_x0000_s1026" style="position:absolute;margin-left:75.65pt;margin-top:11.6pt;width:56.1pt;height:13.0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7D725CA0" w14:textId="3EF90864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SI </w:t>
            </w:r>
            <w:r w:rsidRPr="000077C5">
              <w:rPr>
                <w:sz w:val="18"/>
                <w:szCs w:val="18"/>
                <w:lang w:val="es-PE"/>
              </w:rPr>
              <w:t xml:space="preserve">                                                                              </w:t>
            </w:r>
            <w:proofErr w:type="gramStart"/>
            <w:r w:rsidRPr="000077C5">
              <w:rPr>
                <w:sz w:val="18"/>
                <w:szCs w:val="18"/>
                <w:lang w:val="es-PE"/>
              </w:rPr>
              <w:t xml:space="preserve">   </w:t>
            </w:r>
            <w:r w:rsidRPr="000077C5">
              <w:rPr>
                <w:sz w:val="18"/>
                <w:szCs w:val="18"/>
                <w:lang w:val="es-PE"/>
              </w:rPr>
              <w:t>(</w:t>
            </w:r>
            <w:proofErr w:type="gramEnd"/>
            <w:r w:rsidRPr="000077C5">
              <w:rPr>
                <w:sz w:val="18"/>
                <w:szCs w:val="18"/>
                <w:lang w:val="es-PE"/>
              </w:rPr>
              <w:t>Pasa a D2)</w:t>
            </w:r>
          </w:p>
          <w:p w14:paraId="04776068" w14:textId="77777777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</w:p>
          <w:p w14:paraId="6D63322F" w14:textId="778C7114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2B2A51A" wp14:editId="259C2D33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26670</wp:posOffset>
                      </wp:positionV>
                      <wp:extent cx="712470" cy="165735"/>
                      <wp:effectExtent l="57150" t="19050" r="68580" b="100965"/>
                      <wp:wrapNone/>
                      <wp:docPr id="606798730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FC4E21" id="Rectángulo 3" o:spid="_x0000_s1026" style="position:absolute;margin-left:75.65pt;margin-top:2.1pt;width:56.1pt;height:13.0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sz w:val="18"/>
                <w:szCs w:val="18"/>
                <w:lang w:val="es-PE"/>
              </w:rPr>
              <w:t xml:space="preserve"> NO</w:t>
            </w:r>
            <w:r w:rsidRPr="000077C5">
              <w:rPr>
                <w:sz w:val="18"/>
                <w:szCs w:val="18"/>
                <w:lang w:val="es-PE"/>
              </w:rPr>
              <w:t xml:space="preserve">                                                                           </w:t>
            </w:r>
            <w:proofErr w:type="gramStart"/>
            <w:r w:rsidRPr="000077C5">
              <w:rPr>
                <w:sz w:val="18"/>
                <w:szCs w:val="18"/>
                <w:lang w:val="es-PE"/>
              </w:rPr>
              <w:t xml:space="preserve">  </w:t>
            </w:r>
            <w:r w:rsidRPr="000077C5">
              <w:rPr>
                <w:sz w:val="18"/>
                <w:szCs w:val="18"/>
                <w:lang w:val="es-PE"/>
              </w:rPr>
              <w:t xml:space="preserve"> (</w:t>
            </w:r>
            <w:proofErr w:type="gramEnd"/>
            <w:r w:rsidRPr="000077C5">
              <w:rPr>
                <w:sz w:val="18"/>
                <w:szCs w:val="18"/>
                <w:lang w:val="es-PE"/>
              </w:rPr>
              <w:t>Pasa a numeral 3</w:t>
            </w:r>
            <w:r w:rsidRPr="000077C5">
              <w:rPr>
                <w:sz w:val="18"/>
                <w:szCs w:val="18"/>
                <w:lang w:val="es-PE"/>
              </w:rPr>
              <w:t>)</w:t>
            </w:r>
          </w:p>
          <w:p w14:paraId="297D604F" w14:textId="77777777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</w:p>
          <w:p w14:paraId="29A0E9F0" w14:textId="77777777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D.2. MODIFICA CAPACIDAD DE PRODUCCIÓN DE SERVICIOS PARA PROYECTOS ESTANDAR </w:t>
            </w:r>
          </w:p>
          <w:p w14:paraId="0B5CF10A" w14:textId="01E2A44D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</w:p>
          <w:p w14:paraId="65529117" w14:textId="6EC5CA41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200DF07" wp14:editId="01248470">
                      <wp:simplePos x="0" y="0"/>
                      <wp:positionH relativeFrom="column">
                        <wp:posOffset>4808855</wp:posOffset>
                      </wp:positionH>
                      <wp:positionV relativeFrom="paragraph">
                        <wp:posOffset>36195</wp:posOffset>
                      </wp:positionV>
                      <wp:extent cx="712470" cy="165735"/>
                      <wp:effectExtent l="57150" t="19050" r="68580" b="100965"/>
                      <wp:wrapNone/>
                      <wp:docPr id="970450234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DDFD00" id="Rectángulo 3" o:spid="_x0000_s1026" style="position:absolute;margin-left:378.65pt;margin-top:2.85pt;width:56.1pt;height:13.0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sz w:val="18"/>
                <w:szCs w:val="18"/>
                <w:lang w:val="es-PE"/>
              </w:rPr>
              <w:t>CÓDIGO DEL PROYECTO ESTANDAR</w:t>
            </w:r>
          </w:p>
          <w:p w14:paraId="0F87498D" w14:textId="72A4C5F1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122F1F6" wp14:editId="5BC73BEF">
                      <wp:simplePos x="0" y="0"/>
                      <wp:positionH relativeFrom="column">
                        <wp:posOffset>4808855</wp:posOffset>
                      </wp:positionH>
                      <wp:positionV relativeFrom="paragraph">
                        <wp:posOffset>127635</wp:posOffset>
                      </wp:positionV>
                      <wp:extent cx="712470" cy="165735"/>
                      <wp:effectExtent l="57150" t="19050" r="68580" b="100965"/>
                      <wp:wrapNone/>
                      <wp:docPr id="2000115571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855CAD" id="Rectángulo 3" o:spid="_x0000_s1026" style="position:absolute;margin-left:378.65pt;margin-top:10.05pt;width:56.1pt;height:13.0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06E1445D" w14:textId="378B3609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 UNIDAD DE MEDIDA DE LA CAPACIDAD DE PRODUCCIÓN </w:t>
            </w:r>
            <w:r w:rsidRPr="000077C5">
              <w:rPr>
                <w:sz w:val="18"/>
                <w:szCs w:val="18"/>
                <w:lang w:val="es-PE"/>
              </w:rPr>
              <w:t xml:space="preserve"> </w:t>
            </w:r>
          </w:p>
          <w:p w14:paraId="5B8C858D" w14:textId="702E0E23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EEB347D" wp14:editId="584C6F8C">
                      <wp:simplePos x="0" y="0"/>
                      <wp:positionH relativeFrom="column">
                        <wp:posOffset>4808855</wp:posOffset>
                      </wp:positionH>
                      <wp:positionV relativeFrom="paragraph">
                        <wp:posOffset>85725</wp:posOffset>
                      </wp:positionV>
                      <wp:extent cx="712470" cy="165735"/>
                      <wp:effectExtent l="57150" t="19050" r="68580" b="100965"/>
                      <wp:wrapNone/>
                      <wp:docPr id="859480874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3C5724" id="Rectángulo 3" o:spid="_x0000_s1026" style="position:absolute;margin-left:378.65pt;margin-top:6.75pt;width:56.1pt;height:13.0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5EFA9348" w14:textId="42B44316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>CAPACIDAD DE PRODUCCIÓN ACTUAL DEL SERVICIO</w:t>
            </w:r>
            <w:r w:rsidRPr="000077C5">
              <w:rPr>
                <w:sz w:val="18"/>
                <w:szCs w:val="18"/>
                <w:lang w:val="es-PE"/>
              </w:rPr>
              <w:t xml:space="preserve"> </w:t>
            </w:r>
          </w:p>
          <w:p w14:paraId="34A13A67" w14:textId="187E745E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CDE1669" wp14:editId="097CE0C7">
                      <wp:simplePos x="0" y="0"/>
                      <wp:positionH relativeFrom="column">
                        <wp:posOffset>4808855</wp:posOffset>
                      </wp:positionH>
                      <wp:positionV relativeFrom="paragraph">
                        <wp:posOffset>102870</wp:posOffset>
                      </wp:positionV>
                      <wp:extent cx="712470" cy="165735"/>
                      <wp:effectExtent l="57150" t="19050" r="68580" b="100965"/>
                      <wp:wrapNone/>
                      <wp:docPr id="420461973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23CD9C" id="Rectángulo 3" o:spid="_x0000_s1026" style="position:absolute;margin-left:378.65pt;margin-top:8.1pt;width:56.1pt;height:13.0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</w:p>
          <w:p w14:paraId="49EE418D" w14:textId="2FA36E73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 CAPACIDAD DE PRODUCCION DEL SERVICIO CON OPTIMIZACIÓN</w:t>
            </w:r>
            <w:r w:rsidRPr="000077C5">
              <w:rPr>
                <w:sz w:val="18"/>
                <w:szCs w:val="18"/>
                <w:lang w:val="es-PE"/>
              </w:rPr>
              <w:t xml:space="preserve"> </w:t>
            </w:r>
          </w:p>
          <w:p w14:paraId="7C503455" w14:textId="06A4F838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</w:p>
          <w:p w14:paraId="7B894C3C" w14:textId="77777777" w:rsidR="000077C5" w:rsidRPr="000077C5" w:rsidRDefault="000077C5" w:rsidP="00942D9F">
            <w:pPr>
              <w:rPr>
                <w:b/>
                <w:bCs/>
                <w:sz w:val="18"/>
                <w:szCs w:val="18"/>
                <w:lang w:val="es-PE"/>
              </w:rPr>
            </w:pPr>
            <w:r w:rsidRPr="000077C5">
              <w:rPr>
                <w:b/>
                <w:bCs/>
                <w:sz w:val="18"/>
                <w:szCs w:val="18"/>
                <w:lang w:val="es-PE"/>
              </w:rPr>
              <w:t>3. CRONOGRAMA DE EJECUCIÓN:</w:t>
            </w:r>
          </w:p>
          <w:p w14:paraId="4256C9D3" w14:textId="77777777" w:rsidR="000077C5" w:rsidRPr="000077C5" w:rsidRDefault="000077C5" w:rsidP="00942D9F">
            <w:pPr>
              <w:rPr>
                <w:b/>
                <w:bCs/>
                <w:sz w:val="18"/>
                <w:szCs w:val="18"/>
                <w:lang w:val="es-PE"/>
              </w:rPr>
            </w:pPr>
          </w:p>
          <w:p w14:paraId="31C5D1C9" w14:textId="77777777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sz w:val="18"/>
                <w:szCs w:val="18"/>
                <w:lang w:val="es-PE"/>
              </w:rPr>
              <w:t xml:space="preserve"> 3.1CRONOGRAMA DE INVERSIÓN </w:t>
            </w:r>
          </w:p>
          <w:p w14:paraId="10F0B7E8" w14:textId="052D87E0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  <w:r w:rsidRPr="000077C5">
              <w:rPr>
                <w:noProof/>
                <w:sz w:val="18"/>
                <w:szCs w:val="18"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EA0378F" wp14:editId="0E78BC6A">
                      <wp:simplePos x="0" y="0"/>
                      <wp:positionH relativeFrom="column">
                        <wp:posOffset>3292475</wp:posOffset>
                      </wp:positionH>
                      <wp:positionV relativeFrom="paragraph">
                        <wp:posOffset>26670</wp:posOffset>
                      </wp:positionV>
                      <wp:extent cx="712470" cy="165735"/>
                      <wp:effectExtent l="57150" t="19050" r="68580" b="100965"/>
                      <wp:wrapNone/>
                      <wp:docPr id="1760724302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165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3290F9" id="Rectángulo 3" o:spid="_x0000_s1026" style="position:absolute;margin-left:259.25pt;margin-top:2.1pt;width:56.1pt;height:13.0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" filled="f" strokecolor="black [3213]">
                      <v:shadow on="t" color="black" opacity="22937f" origin=",.5" offset="0,.63889mm"/>
                    </v:rect>
                  </w:pict>
                </mc:Fallback>
              </mc:AlternateContent>
            </w:r>
            <w:r w:rsidRPr="000077C5">
              <w:rPr>
                <w:sz w:val="18"/>
                <w:szCs w:val="18"/>
                <w:lang w:val="es-PE"/>
              </w:rPr>
              <w:t>Fecha prevista de inicio de ejecución: (mes y año)</w:t>
            </w:r>
            <w:r w:rsidRPr="000077C5">
              <w:rPr>
                <w:sz w:val="18"/>
                <w:szCs w:val="18"/>
                <w:lang w:val="es-PE"/>
              </w:rPr>
              <w:t xml:space="preserve"> </w:t>
            </w:r>
          </w:p>
          <w:p w14:paraId="3F33733B" w14:textId="77777777" w:rsidR="000077C5" w:rsidRDefault="000077C5" w:rsidP="00942D9F">
            <w:pPr>
              <w:rPr>
                <w:sz w:val="18"/>
                <w:szCs w:val="18"/>
                <w:lang w:val="es-PE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282"/>
              <w:gridCol w:w="3176"/>
            </w:tblGrid>
            <w:tr w:rsidR="00F1741A" w14:paraId="2669C8D0" w14:textId="77777777" w:rsidTr="00F1741A">
              <w:trPr>
                <w:trHeight w:val="248"/>
              </w:trPr>
              <w:tc>
                <w:tcPr>
                  <w:tcW w:w="2282" w:type="dxa"/>
                </w:tcPr>
                <w:p w14:paraId="7E64A3FB" w14:textId="5F6C1895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Periodo</w:t>
                  </w:r>
                </w:p>
              </w:tc>
              <w:tc>
                <w:tcPr>
                  <w:tcW w:w="3176" w:type="dxa"/>
                </w:tcPr>
                <w:p w14:paraId="75F3D61B" w14:textId="77777777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  <w:tr w:rsidR="00F1741A" w14:paraId="1A0AEC4F" w14:textId="77777777" w:rsidTr="00F1741A">
              <w:trPr>
                <w:trHeight w:val="230"/>
              </w:trPr>
              <w:tc>
                <w:tcPr>
                  <w:tcW w:w="2282" w:type="dxa"/>
                </w:tcPr>
                <w:p w14:paraId="4349A8E8" w14:textId="5725FCC4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 xml:space="preserve">Número de periodos </w:t>
                  </w:r>
                </w:p>
              </w:tc>
              <w:tc>
                <w:tcPr>
                  <w:tcW w:w="3176" w:type="dxa"/>
                </w:tcPr>
                <w:p w14:paraId="7BE1A1D9" w14:textId="77777777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57C2AE8A" w14:textId="0B048085" w:rsidR="00F1741A" w:rsidRDefault="00F1741A" w:rsidP="00942D9F">
            <w:pPr>
              <w:rPr>
                <w:sz w:val="18"/>
                <w:szCs w:val="18"/>
                <w:lang w:val="es-PE"/>
              </w:rPr>
            </w:pPr>
          </w:p>
          <w:p w14:paraId="465EC125" w14:textId="77777777" w:rsidR="00F1741A" w:rsidRDefault="00F1741A" w:rsidP="00942D9F">
            <w:pPr>
              <w:rPr>
                <w:sz w:val="18"/>
                <w:szCs w:val="18"/>
                <w:lang w:val="es-PE"/>
              </w:rPr>
            </w:pPr>
          </w:p>
          <w:p w14:paraId="5D343205" w14:textId="77777777" w:rsidR="00F1741A" w:rsidRDefault="00F1741A" w:rsidP="00942D9F">
            <w:pPr>
              <w:rPr>
                <w:sz w:val="18"/>
                <w:szCs w:val="18"/>
                <w:lang w:val="es-PE"/>
              </w:rPr>
            </w:pPr>
          </w:p>
          <w:p w14:paraId="7B07BACD" w14:textId="77777777" w:rsidR="00F1741A" w:rsidRPr="000077C5" w:rsidRDefault="00F1741A" w:rsidP="00942D9F">
            <w:pPr>
              <w:rPr>
                <w:sz w:val="18"/>
                <w:szCs w:val="18"/>
                <w:lang w:val="es-PE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121"/>
              <w:gridCol w:w="1558"/>
              <w:gridCol w:w="736"/>
              <w:gridCol w:w="1472"/>
              <w:gridCol w:w="1472"/>
              <w:gridCol w:w="1472"/>
              <w:gridCol w:w="1473"/>
            </w:tblGrid>
            <w:tr w:rsidR="00F1741A" w14:paraId="02034A9B" w14:textId="77777777" w:rsidTr="008D2CCA">
              <w:tc>
                <w:tcPr>
                  <w:tcW w:w="2122" w:type="dxa"/>
                  <w:vMerge w:val="restart"/>
                </w:tcPr>
                <w:p w14:paraId="0A84A1AE" w14:textId="4B447626" w:rsidR="00F1741A" w:rsidRPr="00F1741A" w:rsidRDefault="00F1741A" w:rsidP="00942D9F">
                  <w:pPr>
                    <w:rPr>
                      <w:b/>
                      <w:bCs/>
                      <w:sz w:val="18"/>
                      <w:szCs w:val="18"/>
                      <w:lang w:val="es-PE"/>
                    </w:rPr>
                  </w:pPr>
                  <w:r w:rsidRPr="00F1741A">
                    <w:rPr>
                      <w:b/>
                      <w:bCs/>
                      <w:sz w:val="18"/>
                      <w:szCs w:val="18"/>
                      <w:lang w:val="es-PE"/>
                    </w:rPr>
                    <w:t>NOMBRE DE</w:t>
                  </w:r>
                  <w:r>
                    <w:rPr>
                      <w:b/>
                      <w:bCs/>
                      <w:sz w:val="18"/>
                      <w:szCs w:val="18"/>
                      <w:lang w:val="es-PE"/>
                    </w:rPr>
                    <w:t xml:space="preserve"> </w:t>
                  </w:r>
                  <w:r w:rsidRPr="00F1741A">
                    <w:rPr>
                      <w:b/>
                      <w:bCs/>
                      <w:sz w:val="18"/>
                      <w:szCs w:val="18"/>
                      <w:lang w:val="es-PE"/>
                    </w:rPr>
                    <w:t>INVERSIÓN</w:t>
                  </w:r>
                </w:p>
              </w:tc>
              <w:tc>
                <w:tcPr>
                  <w:tcW w:w="6714" w:type="dxa"/>
                  <w:gridSpan w:val="5"/>
                </w:tcPr>
                <w:p w14:paraId="6837B612" w14:textId="7E1F9E4A" w:rsidR="00F1741A" w:rsidRDefault="00F1741A" w:rsidP="00F1741A">
                  <w:pPr>
                    <w:jc w:val="center"/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PERIODO</w:t>
                  </w:r>
                </w:p>
              </w:tc>
              <w:tc>
                <w:tcPr>
                  <w:tcW w:w="1473" w:type="dxa"/>
                  <w:vMerge w:val="restart"/>
                </w:tcPr>
                <w:p w14:paraId="3C50C787" w14:textId="7C502F2B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COSTO TOTAL(SOLES)*</w:t>
                  </w:r>
                </w:p>
              </w:tc>
            </w:tr>
            <w:tr w:rsidR="00F1741A" w14:paraId="10CEAFBC" w14:textId="77777777" w:rsidTr="00F1741A">
              <w:tc>
                <w:tcPr>
                  <w:tcW w:w="2122" w:type="dxa"/>
                  <w:vMerge/>
                </w:tcPr>
                <w:p w14:paraId="5351D780" w14:textId="77777777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1559" w:type="dxa"/>
                </w:tcPr>
                <w:p w14:paraId="05C53661" w14:textId="1E088B06" w:rsidR="00F1741A" w:rsidRDefault="00F1741A" w:rsidP="00F1741A">
                  <w:pPr>
                    <w:jc w:val="center"/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1</w:t>
                  </w:r>
                </w:p>
              </w:tc>
              <w:tc>
                <w:tcPr>
                  <w:tcW w:w="736" w:type="dxa"/>
                </w:tcPr>
                <w:p w14:paraId="79C3C86E" w14:textId="48CA2EAF" w:rsidR="00F1741A" w:rsidRDefault="00F1741A" w:rsidP="00F1741A">
                  <w:pPr>
                    <w:jc w:val="center"/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2</w:t>
                  </w:r>
                </w:p>
              </w:tc>
              <w:tc>
                <w:tcPr>
                  <w:tcW w:w="1473" w:type="dxa"/>
                </w:tcPr>
                <w:p w14:paraId="66ED0FB5" w14:textId="0F6DD0AF" w:rsidR="00F1741A" w:rsidRDefault="00F1741A" w:rsidP="00F1741A">
                  <w:pPr>
                    <w:jc w:val="center"/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3</w:t>
                  </w:r>
                </w:p>
              </w:tc>
              <w:tc>
                <w:tcPr>
                  <w:tcW w:w="1473" w:type="dxa"/>
                </w:tcPr>
                <w:p w14:paraId="2F807463" w14:textId="7F299CD6" w:rsidR="00F1741A" w:rsidRDefault="00F1741A" w:rsidP="00F1741A">
                  <w:pPr>
                    <w:jc w:val="center"/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…….</w:t>
                  </w:r>
                </w:p>
              </w:tc>
              <w:tc>
                <w:tcPr>
                  <w:tcW w:w="1473" w:type="dxa"/>
                </w:tcPr>
                <w:p w14:paraId="6DFDC770" w14:textId="1A1CA993" w:rsidR="00F1741A" w:rsidRDefault="00F1741A" w:rsidP="00F1741A">
                  <w:pPr>
                    <w:jc w:val="center"/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n</w:t>
                  </w:r>
                </w:p>
              </w:tc>
              <w:tc>
                <w:tcPr>
                  <w:tcW w:w="1473" w:type="dxa"/>
                  <w:vMerge/>
                </w:tcPr>
                <w:p w14:paraId="3BD90CD9" w14:textId="77777777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  <w:tr w:rsidR="00F1741A" w14:paraId="4260479D" w14:textId="77777777" w:rsidTr="00F1741A">
              <w:tc>
                <w:tcPr>
                  <w:tcW w:w="2122" w:type="dxa"/>
                </w:tcPr>
                <w:p w14:paraId="64387D09" w14:textId="77777777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1559" w:type="dxa"/>
                </w:tcPr>
                <w:p w14:paraId="6621B5E2" w14:textId="77777777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736" w:type="dxa"/>
                </w:tcPr>
                <w:p w14:paraId="364B835B" w14:textId="77777777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1473" w:type="dxa"/>
                </w:tcPr>
                <w:p w14:paraId="09FB1540" w14:textId="77777777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1473" w:type="dxa"/>
                </w:tcPr>
                <w:p w14:paraId="006AEDE7" w14:textId="77777777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1473" w:type="dxa"/>
                </w:tcPr>
                <w:p w14:paraId="21356C7E" w14:textId="77777777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1473" w:type="dxa"/>
                </w:tcPr>
                <w:p w14:paraId="198FF2BF" w14:textId="77777777" w:rsidR="00F1741A" w:rsidRDefault="00F1741A" w:rsidP="00942D9F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53A73F4B" w14:textId="77777777" w:rsidR="000077C5" w:rsidRPr="000077C5" w:rsidRDefault="000077C5" w:rsidP="00942D9F">
            <w:pPr>
              <w:rPr>
                <w:sz w:val="18"/>
                <w:szCs w:val="18"/>
                <w:lang w:val="es-PE"/>
              </w:rPr>
            </w:pPr>
          </w:p>
          <w:p w14:paraId="35E40336" w14:textId="77777777" w:rsidR="00942D9F" w:rsidRDefault="00F1741A" w:rsidP="00942D9F">
            <w:pPr>
              <w:rPr>
                <w:sz w:val="18"/>
                <w:szCs w:val="18"/>
                <w:lang w:val="es-PE"/>
              </w:rPr>
            </w:pPr>
            <w:r>
              <w:rPr>
                <w:sz w:val="18"/>
                <w:szCs w:val="18"/>
                <w:lang w:val="es-PE"/>
              </w:rPr>
              <w:t xml:space="preserve">Adjuntar la estructura referencial de costos </w:t>
            </w:r>
          </w:p>
          <w:p w14:paraId="692F954D" w14:textId="77777777" w:rsidR="00F1741A" w:rsidRDefault="00F1741A" w:rsidP="00942D9F">
            <w:pPr>
              <w:rPr>
                <w:sz w:val="18"/>
                <w:szCs w:val="18"/>
                <w:lang w:val="es-PE"/>
              </w:rPr>
            </w:pPr>
          </w:p>
          <w:p w14:paraId="1B3487B0" w14:textId="77777777" w:rsidR="00F1741A" w:rsidRDefault="00F1741A" w:rsidP="00942D9F">
            <w:pPr>
              <w:rPr>
                <w:sz w:val="18"/>
                <w:szCs w:val="18"/>
                <w:lang w:val="es-PE"/>
              </w:rPr>
            </w:pPr>
            <w:r w:rsidRPr="00F1741A">
              <w:rPr>
                <w:sz w:val="18"/>
                <w:szCs w:val="18"/>
                <w:lang w:val="es-PE"/>
              </w:rPr>
              <w:t>3.2CRONOGRAMA DE METAS FÍSICAS ESPERADAS DE LA INVERSIÓN</w:t>
            </w:r>
          </w:p>
          <w:p w14:paraId="3E02D269" w14:textId="77777777" w:rsidR="00D738AA" w:rsidRDefault="00D738AA" w:rsidP="00942D9F">
            <w:pPr>
              <w:rPr>
                <w:sz w:val="18"/>
                <w:szCs w:val="18"/>
                <w:lang w:val="es-PE"/>
              </w:rPr>
            </w:pPr>
          </w:p>
          <w:p w14:paraId="0520A99D" w14:textId="77777777" w:rsidR="00D738AA" w:rsidRDefault="00D738AA" w:rsidP="00942D9F">
            <w:pPr>
              <w:rPr>
                <w:sz w:val="18"/>
                <w:szCs w:val="18"/>
                <w:lang w:val="es-PE"/>
              </w:rPr>
            </w:pPr>
          </w:p>
          <w:tbl>
            <w:tblPr>
              <w:tblStyle w:val="Tablaconcuadrcula"/>
              <w:tblpPr w:leftFromText="141" w:rightFromText="141" w:vertAnchor="text" w:horzAnchor="margin" w:tblpY="-185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472"/>
              <w:gridCol w:w="2631"/>
              <w:gridCol w:w="316"/>
              <w:gridCol w:w="1471"/>
              <w:gridCol w:w="1471"/>
              <w:gridCol w:w="1472"/>
              <w:gridCol w:w="1471"/>
            </w:tblGrid>
            <w:tr w:rsidR="00D738AA" w14:paraId="1BCA273F" w14:textId="77777777" w:rsidTr="00D738AA">
              <w:tc>
                <w:tcPr>
                  <w:tcW w:w="1472" w:type="dxa"/>
                  <w:vMerge w:val="restart"/>
                </w:tcPr>
                <w:p w14:paraId="1085C2FC" w14:textId="77777777" w:rsidR="00D738AA" w:rsidRPr="00F1741A" w:rsidRDefault="00D738AA" w:rsidP="00D738AA">
                  <w:pPr>
                    <w:rPr>
                      <w:b/>
                      <w:bCs/>
                      <w:sz w:val="18"/>
                      <w:szCs w:val="18"/>
                      <w:lang w:val="es-PE"/>
                    </w:rPr>
                  </w:pPr>
                  <w:r w:rsidRPr="00F1741A">
                    <w:rPr>
                      <w:b/>
                      <w:bCs/>
                      <w:sz w:val="18"/>
                      <w:szCs w:val="18"/>
                      <w:lang w:val="es-PE"/>
                    </w:rPr>
                    <w:t xml:space="preserve">NOMBRE DE LA INVERSIÓN </w:t>
                  </w:r>
                </w:p>
              </w:tc>
              <w:tc>
                <w:tcPr>
                  <w:tcW w:w="2634" w:type="dxa"/>
                  <w:vMerge w:val="restart"/>
                </w:tcPr>
                <w:p w14:paraId="7695E794" w14:textId="77777777" w:rsidR="00D738AA" w:rsidRPr="00F1741A" w:rsidRDefault="00D738AA" w:rsidP="00D738AA">
                  <w:pPr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 xml:space="preserve">Unidad de medida </w:t>
                  </w:r>
                  <w:r w:rsidRPr="00F1741A">
                    <w:rPr>
                      <w:sz w:val="18"/>
                      <w:szCs w:val="18"/>
                      <w:lang w:val="es-PE"/>
                    </w:rPr>
                    <w:t>m, m2, m3, etc.)</w:t>
                  </w:r>
                </w:p>
              </w:tc>
              <w:tc>
                <w:tcPr>
                  <w:tcW w:w="4735" w:type="dxa"/>
                  <w:gridSpan w:val="4"/>
                </w:tcPr>
                <w:p w14:paraId="6FE21525" w14:textId="77777777" w:rsidR="00D738AA" w:rsidRDefault="00D738AA" w:rsidP="00D738AA">
                  <w:pPr>
                    <w:jc w:val="center"/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PERIODO (ANUAL)</w:t>
                  </w:r>
                </w:p>
              </w:tc>
              <w:tc>
                <w:tcPr>
                  <w:tcW w:w="1473" w:type="dxa"/>
                </w:tcPr>
                <w:p w14:paraId="4F521A5C" w14:textId="77777777" w:rsidR="00D738AA" w:rsidRDefault="00D738AA" w:rsidP="00D738AA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  <w:tr w:rsidR="00D738AA" w14:paraId="42751B0A" w14:textId="77777777" w:rsidTr="00D738AA">
              <w:trPr>
                <w:trHeight w:val="289"/>
              </w:trPr>
              <w:tc>
                <w:tcPr>
                  <w:tcW w:w="1472" w:type="dxa"/>
                  <w:vMerge/>
                </w:tcPr>
                <w:p w14:paraId="35505DF9" w14:textId="77777777" w:rsidR="00D738AA" w:rsidRDefault="00D738AA" w:rsidP="00D738AA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2634" w:type="dxa"/>
                  <w:vMerge/>
                </w:tcPr>
                <w:p w14:paraId="6731FB3D" w14:textId="77777777" w:rsidR="00D738AA" w:rsidRDefault="00D738AA" w:rsidP="00D738AA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316" w:type="dxa"/>
                </w:tcPr>
                <w:p w14:paraId="03802E94" w14:textId="77777777" w:rsidR="00D738AA" w:rsidRDefault="00D738AA" w:rsidP="00D738AA">
                  <w:pPr>
                    <w:jc w:val="center"/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1</w:t>
                  </w:r>
                </w:p>
              </w:tc>
              <w:tc>
                <w:tcPr>
                  <w:tcW w:w="1473" w:type="dxa"/>
                </w:tcPr>
                <w:p w14:paraId="678787F4" w14:textId="77777777" w:rsidR="00D738AA" w:rsidRDefault="00D738AA" w:rsidP="00D738AA">
                  <w:pPr>
                    <w:jc w:val="center"/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2</w:t>
                  </w:r>
                </w:p>
              </w:tc>
              <w:tc>
                <w:tcPr>
                  <w:tcW w:w="1473" w:type="dxa"/>
                </w:tcPr>
                <w:p w14:paraId="55779194" w14:textId="77777777" w:rsidR="00D738AA" w:rsidRDefault="00D738AA" w:rsidP="00D738AA">
                  <w:pPr>
                    <w:jc w:val="center"/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3</w:t>
                  </w:r>
                </w:p>
              </w:tc>
              <w:tc>
                <w:tcPr>
                  <w:tcW w:w="1473" w:type="dxa"/>
                </w:tcPr>
                <w:p w14:paraId="6718B0DB" w14:textId="77777777" w:rsidR="00D738AA" w:rsidRDefault="00D738AA" w:rsidP="00D738AA">
                  <w:pPr>
                    <w:jc w:val="center"/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……</w:t>
                  </w:r>
                </w:p>
              </w:tc>
              <w:tc>
                <w:tcPr>
                  <w:tcW w:w="1473" w:type="dxa"/>
                </w:tcPr>
                <w:p w14:paraId="3945B673" w14:textId="77777777" w:rsidR="00D738AA" w:rsidRDefault="00D738AA" w:rsidP="00D738AA">
                  <w:pPr>
                    <w:jc w:val="center"/>
                    <w:rPr>
                      <w:sz w:val="18"/>
                      <w:szCs w:val="18"/>
                      <w:lang w:val="es-PE"/>
                    </w:rPr>
                  </w:pPr>
                  <w:r>
                    <w:rPr>
                      <w:sz w:val="18"/>
                      <w:szCs w:val="18"/>
                      <w:lang w:val="es-PE"/>
                    </w:rPr>
                    <w:t>n</w:t>
                  </w:r>
                </w:p>
              </w:tc>
            </w:tr>
            <w:tr w:rsidR="00D738AA" w14:paraId="7D816D4E" w14:textId="77777777" w:rsidTr="00D738AA">
              <w:tc>
                <w:tcPr>
                  <w:tcW w:w="1472" w:type="dxa"/>
                </w:tcPr>
                <w:p w14:paraId="219B307E" w14:textId="77777777" w:rsidR="00D738AA" w:rsidRDefault="00D738AA" w:rsidP="00D738AA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2634" w:type="dxa"/>
                </w:tcPr>
                <w:p w14:paraId="59A00DCA" w14:textId="77777777" w:rsidR="00D738AA" w:rsidRDefault="00D738AA" w:rsidP="00D738AA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316" w:type="dxa"/>
                </w:tcPr>
                <w:p w14:paraId="6C3DEB2D" w14:textId="77777777" w:rsidR="00D738AA" w:rsidRDefault="00D738AA" w:rsidP="00D738AA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1473" w:type="dxa"/>
                </w:tcPr>
                <w:p w14:paraId="1E7413A9" w14:textId="77777777" w:rsidR="00D738AA" w:rsidRDefault="00D738AA" w:rsidP="00D738AA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1473" w:type="dxa"/>
                </w:tcPr>
                <w:p w14:paraId="66230D0A" w14:textId="77777777" w:rsidR="00D738AA" w:rsidRDefault="00D738AA" w:rsidP="00D738AA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1473" w:type="dxa"/>
                </w:tcPr>
                <w:p w14:paraId="69B81FE2" w14:textId="77777777" w:rsidR="00D738AA" w:rsidRDefault="00D738AA" w:rsidP="00D738AA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  <w:tc>
                <w:tcPr>
                  <w:tcW w:w="1473" w:type="dxa"/>
                </w:tcPr>
                <w:p w14:paraId="57AC067A" w14:textId="77777777" w:rsidR="00D738AA" w:rsidRDefault="00D738AA" w:rsidP="00D738AA">
                  <w:pPr>
                    <w:rPr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2704ABEF" w14:textId="77777777" w:rsidR="00D738AA" w:rsidRDefault="00D738AA" w:rsidP="00942D9F">
            <w:pPr>
              <w:rPr>
                <w:sz w:val="18"/>
                <w:szCs w:val="18"/>
                <w:lang w:val="es-PE"/>
              </w:rPr>
            </w:pPr>
          </w:p>
          <w:p w14:paraId="5DBA3EC9" w14:textId="1B158C0A" w:rsidR="00D738AA" w:rsidRPr="00D738AA" w:rsidRDefault="00D738AA" w:rsidP="00D738AA">
            <w:pPr>
              <w:pStyle w:val="Prrafodelista"/>
              <w:numPr>
                <w:ilvl w:val="0"/>
                <w:numId w:val="16"/>
              </w:numPr>
              <w:rPr>
                <w:sz w:val="18"/>
                <w:szCs w:val="18"/>
                <w:lang w:val="es-PE"/>
              </w:rPr>
            </w:pPr>
            <w:r>
              <w:rPr>
                <w:noProof/>
                <w:lang w:val="es-PE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5993F46" wp14:editId="44B3822B">
                      <wp:simplePos x="0" y="0"/>
                      <wp:positionH relativeFrom="column">
                        <wp:posOffset>3241675</wp:posOffset>
                      </wp:positionH>
                      <wp:positionV relativeFrom="paragraph">
                        <wp:posOffset>52070</wp:posOffset>
                      </wp:positionV>
                      <wp:extent cx="1695450" cy="0"/>
                      <wp:effectExtent l="0" t="0" r="0" b="0"/>
                      <wp:wrapNone/>
                      <wp:docPr id="1605946188" name="Conector recto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954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D9EE07B" id="Conector recto 20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.25pt,4.1pt" to="388.75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" strokecolor="black [3040]"/>
                  </w:pict>
                </mc:Fallback>
              </mc:AlternateContent>
            </w:r>
            <w:r w:rsidRPr="00D738AA">
              <w:rPr>
                <w:b/>
                <w:bCs/>
                <w:sz w:val="18"/>
                <w:szCs w:val="18"/>
                <w:lang w:val="es-PE"/>
              </w:rPr>
              <w:t xml:space="preserve"> FUENTE DE FINANCIAMIENTO (Dato referencial):</w:t>
            </w:r>
            <w:r w:rsidRPr="00D738AA">
              <w:rPr>
                <w:b/>
                <w:bCs/>
                <w:sz w:val="18"/>
                <w:szCs w:val="18"/>
                <w:lang w:val="es-PE"/>
              </w:rPr>
              <w:t xml:space="preserve"> </w:t>
            </w:r>
          </w:p>
          <w:p w14:paraId="331C1549" w14:textId="77777777" w:rsidR="00D738AA" w:rsidRDefault="00D738AA" w:rsidP="00942D9F">
            <w:pPr>
              <w:rPr>
                <w:sz w:val="18"/>
                <w:szCs w:val="18"/>
                <w:lang w:val="es-PE"/>
              </w:rPr>
            </w:pPr>
          </w:p>
          <w:p w14:paraId="4550247A" w14:textId="749104CC" w:rsidR="00D738AA" w:rsidRPr="00D738AA" w:rsidRDefault="00D738AA" w:rsidP="00D738AA">
            <w:pPr>
              <w:pStyle w:val="Prrafodelista"/>
              <w:numPr>
                <w:ilvl w:val="0"/>
                <w:numId w:val="16"/>
              </w:numPr>
              <w:rPr>
                <w:b/>
                <w:bCs/>
                <w:sz w:val="18"/>
                <w:szCs w:val="18"/>
              </w:rPr>
            </w:pPr>
            <w:r w:rsidRPr="00D738AA">
              <w:rPr>
                <w:b/>
                <w:bCs/>
                <w:sz w:val="18"/>
                <w:szCs w:val="18"/>
              </w:rPr>
              <w:t>MODALIDAD DE EJECUCIÓN PREVISTA:</w:t>
            </w:r>
          </w:p>
          <w:p w14:paraId="490F8C95" w14:textId="77777777" w:rsidR="00D738AA" w:rsidRDefault="00D738AA" w:rsidP="00D738AA">
            <w:pPr>
              <w:pStyle w:val="Prrafodelista"/>
              <w:rPr>
                <w:b/>
                <w:bCs/>
                <w:sz w:val="18"/>
                <w:szCs w:val="18"/>
                <w:lang w:val="es-PE"/>
              </w:rPr>
            </w:pPr>
          </w:p>
          <w:tbl>
            <w:tblPr>
              <w:tblStyle w:val="Tablaconcuadrcula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3811"/>
              <w:gridCol w:w="3119"/>
            </w:tblGrid>
            <w:tr w:rsidR="00D738AA" w14:paraId="70134C84" w14:textId="77777777" w:rsidTr="00D738AA">
              <w:trPr>
                <w:trHeight w:val="306"/>
              </w:trPr>
              <w:tc>
                <w:tcPr>
                  <w:tcW w:w="3811" w:type="dxa"/>
                </w:tcPr>
                <w:p w14:paraId="5BA4E6D5" w14:textId="110D17EF" w:rsidR="00D738AA" w:rsidRPr="00D738AA" w:rsidRDefault="00D738AA" w:rsidP="00D738AA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  <w:r w:rsidRPr="00D738AA">
                    <w:rPr>
                      <w:sz w:val="18"/>
                      <w:szCs w:val="18"/>
                      <w:lang w:val="es-PE"/>
                    </w:rPr>
                    <w:t xml:space="preserve">TIPO DE EJECUCIÓN </w:t>
                  </w:r>
                </w:p>
              </w:tc>
              <w:tc>
                <w:tcPr>
                  <w:tcW w:w="3119" w:type="dxa"/>
                </w:tcPr>
                <w:p w14:paraId="60386F50" w14:textId="1555ADF2" w:rsidR="00D738AA" w:rsidRPr="00D738AA" w:rsidRDefault="00D738AA" w:rsidP="00D738AA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  <w:r w:rsidRPr="00D738AA">
                    <w:rPr>
                      <w:sz w:val="18"/>
                      <w:szCs w:val="18"/>
                      <w:lang w:val="es-PE"/>
                    </w:rPr>
                    <w:t>Marca “X”</w:t>
                  </w:r>
                </w:p>
              </w:tc>
            </w:tr>
            <w:tr w:rsidR="00D738AA" w14:paraId="506742CA" w14:textId="77777777" w:rsidTr="00D738AA">
              <w:trPr>
                <w:trHeight w:val="1122"/>
              </w:trPr>
              <w:tc>
                <w:tcPr>
                  <w:tcW w:w="3811" w:type="dxa"/>
                </w:tcPr>
                <w:p w14:paraId="0469698C" w14:textId="77777777" w:rsidR="00D738AA" w:rsidRDefault="00D738AA" w:rsidP="00D738AA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  <w:r w:rsidRPr="00D738AA">
                    <w:rPr>
                      <w:sz w:val="18"/>
                      <w:szCs w:val="18"/>
                      <w:lang w:val="es-PE"/>
                    </w:rPr>
                    <w:t xml:space="preserve">1. Administración Directa </w:t>
                  </w:r>
                </w:p>
                <w:p w14:paraId="389115BA" w14:textId="24665220" w:rsidR="00D738AA" w:rsidRDefault="00D738AA" w:rsidP="00D738AA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  <w:r w:rsidRPr="00D738AA">
                    <w:rPr>
                      <w:sz w:val="18"/>
                      <w:szCs w:val="18"/>
                      <w:lang w:val="es-PE"/>
                    </w:rPr>
                    <w:t>2.Administración Indirecta - Por contrata</w:t>
                  </w:r>
                </w:p>
                <w:p w14:paraId="2F6B58D8" w14:textId="59D0C136" w:rsidR="00D738AA" w:rsidRPr="00D738AA" w:rsidRDefault="00D738AA" w:rsidP="00D738AA">
                  <w:pPr>
                    <w:pStyle w:val="Prrafodelista"/>
                    <w:ind w:left="0"/>
                    <w:rPr>
                      <w:sz w:val="18"/>
                      <w:szCs w:val="18"/>
                      <w:lang w:val="es-PE"/>
                    </w:rPr>
                  </w:pPr>
                  <w:r w:rsidRPr="00D738AA">
                    <w:rPr>
                      <w:sz w:val="18"/>
                      <w:szCs w:val="18"/>
                      <w:lang w:val="es-PE"/>
                    </w:rPr>
                    <w:t xml:space="preserve"> 3. Administración Indirecta - Núcleo Ejecutor 4. Otro</w:t>
                  </w:r>
                </w:p>
              </w:tc>
              <w:tc>
                <w:tcPr>
                  <w:tcW w:w="3119" w:type="dxa"/>
                </w:tcPr>
                <w:p w14:paraId="443C17BB" w14:textId="77777777" w:rsidR="00D738AA" w:rsidRDefault="00D738AA" w:rsidP="00D738AA">
                  <w:pPr>
                    <w:pStyle w:val="Prrafodelista"/>
                    <w:ind w:left="0"/>
                    <w:rPr>
                      <w:b/>
                      <w:bCs/>
                      <w:sz w:val="18"/>
                      <w:szCs w:val="18"/>
                      <w:lang w:val="es-PE"/>
                    </w:rPr>
                  </w:pPr>
                </w:p>
              </w:tc>
            </w:tr>
          </w:tbl>
          <w:p w14:paraId="2077EB75" w14:textId="77777777" w:rsidR="00D738AA" w:rsidRDefault="00D738AA" w:rsidP="00D738AA">
            <w:pPr>
              <w:pStyle w:val="Prrafodelista"/>
              <w:rPr>
                <w:b/>
                <w:bCs/>
                <w:sz w:val="18"/>
                <w:szCs w:val="18"/>
                <w:lang w:val="es-PE"/>
              </w:rPr>
            </w:pPr>
          </w:p>
          <w:p w14:paraId="262F3FB4" w14:textId="77777777" w:rsidR="00D738AA" w:rsidRPr="00D738AA" w:rsidRDefault="00D738AA" w:rsidP="00D738AA">
            <w:pPr>
              <w:rPr>
                <w:sz w:val="18"/>
                <w:szCs w:val="18"/>
                <w:lang w:val="es-PE"/>
              </w:rPr>
            </w:pPr>
            <w:r w:rsidRPr="00D738AA">
              <w:rPr>
                <w:b/>
                <w:bCs/>
                <w:sz w:val="18"/>
                <w:szCs w:val="18"/>
                <w:lang w:val="es-PE"/>
              </w:rPr>
              <w:t>COMPETENCIA EN LAS QUE SE ENMARCA LA INTERVENCIÓN EN INVERSIONES DE ESTAS NATURALEZAS</w:t>
            </w:r>
            <w:r w:rsidRPr="00D738AA">
              <w:rPr>
                <w:sz w:val="18"/>
                <w:szCs w:val="18"/>
                <w:lang w:val="es-PE"/>
              </w:rPr>
              <w:t>.</w:t>
            </w:r>
          </w:p>
          <w:p w14:paraId="5DF2CAEF" w14:textId="77777777" w:rsidR="00D738AA" w:rsidRDefault="00D738AA" w:rsidP="00D738AA">
            <w:pPr>
              <w:rPr>
                <w:sz w:val="18"/>
                <w:szCs w:val="18"/>
                <w:lang w:val="es-PE"/>
              </w:rPr>
            </w:pPr>
            <w:r w:rsidRPr="00D738AA">
              <w:rPr>
                <w:sz w:val="18"/>
                <w:szCs w:val="18"/>
                <w:lang w:val="es-PE"/>
              </w:rPr>
              <w:t xml:space="preserve"> La Unidad Formuladora declara que el presente proyecto de inversión es competencia de su nivel de Gobierno. Caso contrario y sólo de ser competencia local, el GL involucrado autoriza su esta intervención mediante (Convenio): _________________ de fecha: ___________ </w:t>
            </w:r>
          </w:p>
          <w:p w14:paraId="6E0944F8" w14:textId="77777777" w:rsidR="00D738AA" w:rsidRDefault="00D738AA" w:rsidP="00D738AA">
            <w:pPr>
              <w:rPr>
                <w:sz w:val="18"/>
                <w:szCs w:val="18"/>
                <w:lang w:val="es-PE"/>
              </w:rPr>
            </w:pPr>
          </w:p>
          <w:p w14:paraId="66BA3EC5" w14:textId="77777777" w:rsidR="00D738AA" w:rsidRDefault="00D738AA" w:rsidP="00D738AA">
            <w:pPr>
              <w:rPr>
                <w:sz w:val="18"/>
                <w:szCs w:val="18"/>
                <w:lang w:val="es-PE"/>
              </w:rPr>
            </w:pPr>
          </w:p>
          <w:p w14:paraId="32BA5D7B" w14:textId="77777777" w:rsidR="00D738AA" w:rsidRDefault="00D738AA" w:rsidP="00D738AA">
            <w:pPr>
              <w:rPr>
                <w:sz w:val="18"/>
                <w:szCs w:val="18"/>
                <w:lang w:val="es-PE"/>
              </w:rPr>
            </w:pPr>
            <w:r w:rsidRPr="00D738AA">
              <w:rPr>
                <w:sz w:val="18"/>
                <w:szCs w:val="18"/>
                <w:lang w:val="es-PE"/>
              </w:rPr>
              <w:t xml:space="preserve">Nota: </w:t>
            </w:r>
          </w:p>
          <w:p w14:paraId="18F63EF3" w14:textId="0DC210DF" w:rsidR="00D738AA" w:rsidRPr="00D738AA" w:rsidRDefault="00D738AA" w:rsidP="00D738AA">
            <w:pPr>
              <w:rPr>
                <w:sz w:val="18"/>
                <w:szCs w:val="18"/>
                <w:lang w:val="es-PE"/>
              </w:rPr>
            </w:pPr>
            <w:r w:rsidRPr="00D738AA">
              <w:rPr>
                <w:sz w:val="18"/>
                <w:szCs w:val="18"/>
                <w:lang w:val="es-PE"/>
              </w:rPr>
              <w:t>La Unidad Formuladora declara bajo responsabilidad, que la presente inversión no constituye gasto de carácter permanente ni fraccionamiento de proyectos de inversión</w:t>
            </w:r>
            <w:r>
              <w:rPr>
                <w:sz w:val="18"/>
                <w:szCs w:val="18"/>
                <w:lang w:val="es-PE"/>
              </w:rPr>
              <w:t>.</w:t>
            </w:r>
          </w:p>
          <w:p w14:paraId="296BFD7D" w14:textId="15C7A0B4" w:rsidR="00F1741A" w:rsidRPr="00F1741A" w:rsidRDefault="00F1741A" w:rsidP="00942D9F">
            <w:pPr>
              <w:rPr>
                <w:sz w:val="18"/>
                <w:szCs w:val="18"/>
                <w:lang w:val="es-PE"/>
              </w:rPr>
            </w:pPr>
          </w:p>
        </w:tc>
      </w:tr>
    </w:tbl>
    <w:p w14:paraId="5EC2AD95" w14:textId="77777777" w:rsidR="00942D9F" w:rsidRPr="00942D9F" w:rsidRDefault="00942D9F" w:rsidP="00C41018">
      <w:pPr>
        <w:tabs>
          <w:tab w:val="left" w:pos="5820"/>
        </w:tabs>
        <w:rPr>
          <w:lang w:val="es-PE"/>
        </w:rPr>
      </w:pPr>
    </w:p>
    <w:sectPr w:rsidR="00942D9F" w:rsidRPr="00942D9F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E54695F"/>
    <w:multiLevelType w:val="hybridMultilevel"/>
    <w:tmpl w:val="FBF0E838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500A0A"/>
    <w:multiLevelType w:val="hybridMultilevel"/>
    <w:tmpl w:val="12163854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B17F9D"/>
    <w:multiLevelType w:val="hybridMultilevel"/>
    <w:tmpl w:val="2160E0DC"/>
    <w:lvl w:ilvl="0" w:tplc="7C7AF9B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076517"/>
    <w:multiLevelType w:val="hybridMultilevel"/>
    <w:tmpl w:val="8780DA52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AB5056"/>
    <w:multiLevelType w:val="hybridMultilevel"/>
    <w:tmpl w:val="E8221EBA"/>
    <w:lvl w:ilvl="0" w:tplc="2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7E70AA"/>
    <w:multiLevelType w:val="multilevel"/>
    <w:tmpl w:val="139E0B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F094885"/>
    <w:multiLevelType w:val="multilevel"/>
    <w:tmpl w:val="BC50DA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 w16cid:durableId="1976400951">
    <w:abstractNumId w:val="8"/>
  </w:num>
  <w:num w:numId="2" w16cid:durableId="825782657">
    <w:abstractNumId w:val="6"/>
  </w:num>
  <w:num w:numId="3" w16cid:durableId="795029103">
    <w:abstractNumId w:val="5"/>
  </w:num>
  <w:num w:numId="4" w16cid:durableId="989750646">
    <w:abstractNumId w:val="4"/>
  </w:num>
  <w:num w:numId="5" w16cid:durableId="904292382">
    <w:abstractNumId w:val="7"/>
  </w:num>
  <w:num w:numId="6" w16cid:durableId="1398672271">
    <w:abstractNumId w:val="3"/>
  </w:num>
  <w:num w:numId="7" w16cid:durableId="450713883">
    <w:abstractNumId w:val="2"/>
  </w:num>
  <w:num w:numId="8" w16cid:durableId="1604416284">
    <w:abstractNumId w:val="1"/>
  </w:num>
  <w:num w:numId="9" w16cid:durableId="1453592124">
    <w:abstractNumId w:val="0"/>
  </w:num>
  <w:num w:numId="10" w16cid:durableId="542015446">
    <w:abstractNumId w:val="10"/>
  </w:num>
  <w:num w:numId="11" w16cid:durableId="656228876">
    <w:abstractNumId w:val="14"/>
  </w:num>
  <w:num w:numId="12" w16cid:durableId="405569227">
    <w:abstractNumId w:val="15"/>
  </w:num>
  <w:num w:numId="13" w16cid:durableId="1261639613">
    <w:abstractNumId w:val="13"/>
  </w:num>
  <w:num w:numId="14" w16cid:durableId="1395395799">
    <w:abstractNumId w:val="12"/>
  </w:num>
  <w:num w:numId="15" w16cid:durableId="316539546">
    <w:abstractNumId w:val="9"/>
  </w:num>
  <w:num w:numId="16" w16cid:durableId="11629381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77C5"/>
    <w:rsid w:val="00034616"/>
    <w:rsid w:val="00046425"/>
    <w:rsid w:val="0006063C"/>
    <w:rsid w:val="0015074B"/>
    <w:rsid w:val="0029639D"/>
    <w:rsid w:val="00326F90"/>
    <w:rsid w:val="004344DA"/>
    <w:rsid w:val="004F396E"/>
    <w:rsid w:val="007F0F4A"/>
    <w:rsid w:val="00816EA9"/>
    <w:rsid w:val="00894018"/>
    <w:rsid w:val="00942D9F"/>
    <w:rsid w:val="00AA1D8D"/>
    <w:rsid w:val="00AE6BB0"/>
    <w:rsid w:val="00B47730"/>
    <w:rsid w:val="00B86BEB"/>
    <w:rsid w:val="00C41018"/>
    <w:rsid w:val="00CB0664"/>
    <w:rsid w:val="00D738AA"/>
    <w:rsid w:val="00DC17A4"/>
    <w:rsid w:val="00F00134"/>
    <w:rsid w:val="00F1741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C6390FD"/>
  <w14:defaultImageDpi w14:val="300"/>
  <w15:docId w15:val="{B21C0FE8-E611-4DA9-909E-80C8CCE40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908</Words>
  <Characters>4997</Characters>
  <Application>Microsoft Office Word</Application>
  <DocSecurity>0</DocSecurity>
  <Lines>41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5894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yulianaelsa95@gmail.com</cp:lastModifiedBy>
  <cp:revision>2</cp:revision>
  <dcterms:created xsi:type="dcterms:W3CDTF">2025-09-08T18:22:00Z</dcterms:created>
  <dcterms:modified xsi:type="dcterms:W3CDTF">2025-09-08T18:22:00Z</dcterms:modified>
  <cp:category/>
</cp:coreProperties>
</file>