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Y="1156"/>
        <w:tblW w:w="0" w:type="auto"/>
        <w:tblLook w:val="04A0" w:firstRow="1" w:lastRow="0" w:firstColumn="1" w:lastColumn="0" w:noHBand="0" w:noVBand="1"/>
      </w:tblPr>
      <w:tblGrid>
        <w:gridCol w:w="2927"/>
        <w:gridCol w:w="1419"/>
        <w:gridCol w:w="1416"/>
        <w:gridCol w:w="2868"/>
      </w:tblGrid>
      <w:tr w:rsidR="0020776E" w:rsidRPr="00E51C1A" w14:paraId="275E1A99" w14:textId="77777777" w:rsidTr="0020776E">
        <w:trPr>
          <w:trHeight w:val="553"/>
        </w:trPr>
        <w:tc>
          <w:tcPr>
            <w:tcW w:w="8780" w:type="dxa"/>
            <w:gridSpan w:val="4"/>
          </w:tcPr>
          <w:p w14:paraId="6FB4F3AA" w14:textId="77777777" w:rsidR="0020776E" w:rsidRPr="0020776E" w:rsidRDefault="0020776E" w:rsidP="0020776E">
            <w:pPr>
              <w:jc w:val="center"/>
              <w:rPr>
                <w:b/>
                <w:bCs/>
                <w:sz w:val="20"/>
                <w:szCs w:val="20"/>
                <w:lang w:val="es-PE"/>
              </w:rPr>
            </w:pPr>
            <w:r w:rsidRPr="0020776E">
              <w:rPr>
                <w:b/>
                <w:bCs/>
                <w:sz w:val="20"/>
                <w:szCs w:val="20"/>
                <w:lang w:val="es-PE"/>
              </w:rPr>
              <w:t xml:space="preserve">FORMATO </w:t>
            </w:r>
            <w:proofErr w:type="spellStart"/>
            <w:r w:rsidRPr="0020776E">
              <w:rPr>
                <w:b/>
                <w:bCs/>
                <w:sz w:val="20"/>
                <w:szCs w:val="20"/>
                <w:lang w:val="es-PE"/>
              </w:rPr>
              <w:t>N°</w:t>
            </w:r>
            <w:proofErr w:type="spellEnd"/>
            <w:r w:rsidRPr="0020776E">
              <w:rPr>
                <w:b/>
                <w:bCs/>
                <w:sz w:val="20"/>
                <w:szCs w:val="20"/>
                <w:lang w:val="es-PE"/>
              </w:rPr>
              <w:t xml:space="preserve"> 02:</w:t>
            </w:r>
          </w:p>
          <w:p w14:paraId="0BF4B859" w14:textId="77777777" w:rsidR="0020776E" w:rsidRPr="0020776E" w:rsidRDefault="0020776E" w:rsidP="0020776E">
            <w:pPr>
              <w:jc w:val="center"/>
              <w:rPr>
                <w:b/>
                <w:bCs/>
                <w:sz w:val="20"/>
                <w:szCs w:val="20"/>
                <w:lang w:val="es-PE"/>
              </w:rPr>
            </w:pPr>
            <w:r w:rsidRPr="0020776E">
              <w:rPr>
                <w:b/>
                <w:bCs/>
                <w:sz w:val="20"/>
                <w:szCs w:val="20"/>
                <w:lang w:val="es-PE"/>
              </w:rPr>
              <w:t>REGISTRO DE LA UNIDAD FORMULADORA (UF) EN EL BANCO DE INVERSIONES</w:t>
            </w:r>
          </w:p>
          <w:p w14:paraId="4650DDE9" w14:textId="77777777" w:rsidR="0020776E" w:rsidRPr="00E51C1A" w:rsidRDefault="0020776E" w:rsidP="0020776E">
            <w:pPr>
              <w:jc w:val="center"/>
              <w:rPr>
                <w:lang w:val="es-PE"/>
              </w:rPr>
            </w:pPr>
          </w:p>
        </w:tc>
      </w:tr>
      <w:tr w:rsidR="0020776E" w:rsidRPr="00E51C1A" w14:paraId="0C48121A" w14:textId="77777777" w:rsidTr="0020776E">
        <w:trPr>
          <w:trHeight w:val="341"/>
        </w:trPr>
        <w:tc>
          <w:tcPr>
            <w:tcW w:w="8780" w:type="dxa"/>
            <w:gridSpan w:val="4"/>
          </w:tcPr>
          <w:p w14:paraId="602F2916" w14:textId="77777777" w:rsidR="0020776E" w:rsidRPr="00E51C1A" w:rsidRDefault="0020776E" w:rsidP="0020776E">
            <w:pPr>
              <w:ind w:left="4320"/>
              <w:jc w:val="center"/>
              <w:rPr>
                <w:lang w:val="es-PE"/>
              </w:rPr>
            </w:pPr>
            <w:r w:rsidRPr="00E51C1A">
              <w:rPr>
                <w:lang w:val="es-PE"/>
              </w:rPr>
              <w:t>Fecha de la Solicitud: _____/_____/_______</w:t>
            </w:r>
          </w:p>
        </w:tc>
      </w:tr>
      <w:tr w:rsidR="0020776E" w:rsidRPr="00E51C1A" w14:paraId="05853D6F" w14:textId="77777777" w:rsidTr="0020776E">
        <w:trPr>
          <w:trHeight w:val="70"/>
        </w:trPr>
        <w:tc>
          <w:tcPr>
            <w:tcW w:w="8780" w:type="dxa"/>
            <w:gridSpan w:val="4"/>
          </w:tcPr>
          <w:p w14:paraId="43EB3282" w14:textId="77777777" w:rsidR="0020776E" w:rsidRPr="0020776E" w:rsidRDefault="0020776E" w:rsidP="0020776E">
            <w:pPr>
              <w:rPr>
                <w:sz w:val="20"/>
                <w:szCs w:val="20"/>
                <w:lang w:val="es-PE"/>
              </w:rPr>
            </w:pPr>
            <w:r w:rsidRPr="0020776E">
              <w:rPr>
                <w:sz w:val="20"/>
                <w:szCs w:val="20"/>
                <w:lang w:val="es-PE"/>
              </w:rPr>
              <w:t>I</w:t>
            </w:r>
            <w:r w:rsidRPr="0020776E">
              <w:rPr>
                <w:b/>
                <w:bCs/>
                <w:sz w:val="20"/>
                <w:szCs w:val="20"/>
                <w:lang w:val="es-PE"/>
              </w:rPr>
              <w:t>.- Datos del Área u Órgano específico de la Entidad que realizará las funciones de Unidad Formuladora:</w:t>
            </w:r>
          </w:p>
          <w:p w14:paraId="30FD6E82" w14:textId="77777777" w:rsidR="0020776E" w:rsidRPr="0020776E" w:rsidRDefault="0020776E" w:rsidP="0020776E">
            <w:pPr>
              <w:jc w:val="center"/>
              <w:rPr>
                <w:sz w:val="20"/>
                <w:szCs w:val="20"/>
                <w:lang w:val="es-PE"/>
              </w:rPr>
            </w:pPr>
          </w:p>
        </w:tc>
      </w:tr>
      <w:tr w:rsidR="0020776E" w:rsidRPr="00E51C1A" w14:paraId="672EF607" w14:textId="77777777" w:rsidTr="0020776E">
        <w:trPr>
          <w:trHeight w:val="320"/>
        </w:trPr>
        <w:tc>
          <w:tcPr>
            <w:tcW w:w="8780" w:type="dxa"/>
            <w:gridSpan w:val="4"/>
          </w:tcPr>
          <w:p w14:paraId="63927462" w14:textId="77777777" w:rsidR="0020776E" w:rsidRPr="0020776E" w:rsidRDefault="0020776E" w:rsidP="0020776E">
            <w:pPr>
              <w:rPr>
                <w:sz w:val="20"/>
                <w:szCs w:val="20"/>
                <w:lang w:val="es-PE"/>
              </w:rPr>
            </w:pPr>
            <w:r w:rsidRPr="0020776E">
              <w:rPr>
                <w:sz w:val="20"/>
                <w:szCs w:val="20"/>
                <w:lang w:val="es-PE"/>
              </w:rPr>
              <w:t>Sector / G. Regional / G. Local</w:t>
            </w:r>
            <w:r w:rsidRPr="0020776E">
              <w:rPr>
                <w:rStyle w:val="Refdenotaalpie"/>
                <w:sz w:val="20"/>
                <w:szCs w:val="20"/>
                <w:lang w:val="es-PE"/>
              </w:rPr>
              <w:footnoteReference w:id="1"/>
            </w:r>
            <w:r w:rsidRPr="0020776E">
              <w:rPr>
                <w:sz w:val="20"/>
                <w:szCs w:val="20"/>
                <w:lang w:val="es-PE"/>
              </w:rPr>
              <w:t>:</w:t>
            </w:r>
          </w:p>
          <w:p w14:paraId="0487C220" w14:textId="77777777" w:rsidR="0020776E" w:rsidRPr="0020776E" w:rsidRDefault="0020776E" w:rsidP="0020776E">
            <w:pPr>
              <w:jc w:val="center"/>
              <w:rPr>
                <w:sz w:val="20"/>
                <w:szCs w:val="20"/>
                <w:lang w:val="es-PE"/>
              </w:rPr>
            </w:pPr>
          </w:p>
        </w:tc>
      </w:tr>
      <w:tr w:rsidR="0020776E" w:rsidRPr="00E51C1A" w14:paraId="0DE990CC" w14:textId="77777777" w:rsidTr="0020776E">
        <w:trPr>
          <w:trHeight w:val="256"/>
        </w:trPr>
        <w:tc>
          <w:tcPr>
            <w:tcW w:w="8780" w:type="dxa"/>
            <w:gridSpan w:val="4"/>
          </w:tcPr>
          <w:p w14:paraId="0FA1516C" w14:textId="77777777" w:rsidR="0020776E" w:rsidRPr="0020776E" w:rsidRDefault="0020776E" w:rsidP="0020776E">
            <w:pPr>
              <w:rPr>
                <w:sz w:val="20"/>
                <w:szCs w:val="20"/>
                <w:lang w:val="es-PE"/>
              </w:rPr>
            </w:pPr>
            <w:r w:rsidRPr="0020776E">
              <w:rPr>
                <w:sz w:val="20"/>
                <w:szCs w:val="20"/>
                <w:lang w:val="es-PE"/>
              </w:rPr>
              <w:t>Entidad o Empresa:</w:t>
            </w:r>
          </w:p>
          <w:p w14:paraId="3ABD5EC5" w14:textId="77777777" w:rsidR="0020776E" w:rsidRPr="0020776E" w:rsidRDefault="0020776E" w:rsidP="0020776E">
            <w:pPr>
              <w:jc w:val="center"/>
              <w:rPr>
                <w:sz w:val="20"/>
                <w:szCs w:val="20"/>
                <w:lang w:val="es-PE"/>
              </w:rPr>
            </w:pPr>
          </w:p>
        </w:tc>
      </w:tr>
      <w:tr w:rsidR="0020776E" w:rsidRPr="00E51C1A" w14:paraId="55FDB573" w14:textId="77777777" w:rsidTr="0020776E">
        <w:trPr>
          <w:trHeight w:val="281"/>
        </w:trPr>
        <w:tc>
          <w:tcPr>
            <w:tcW w:w="8780" w:type="dxa"/>
            <w:gridSpan w:val="4"/>
          </w:tcPr>
          <w:p w14:paraId="5464A4CB" w14:textId="77777777" w:rsidR="0020776E" w:rsidRPr="0020776E" w:rsidRDefault="0020776E" w:rsidP="0020776E">
            <w:pPr>
              <w:rPr>
                <w:sz w:val="20"/>
                <w:szCs w:val="20"/>
                <w:lang w:val="es-PE"/>
              </w:rPr>
            </w:pPr>
            <w:r w:rsidRPr="0020776E">
              <w:rPr>
                <w:sz w:val="20"/>
                <w:szCs w:val="20"/>
                <w:lang w:val="es-PE"/>
              </w:rPr>
              <w:t>Nombre del Área u Órgano de la Entidad</w:t>
            </w:r>
            <w:r>
              <w:rPr>
                <w:rStyle w:val="Refdenotaalpie"/>
                <w:lang w:val="es-PE"/>
              </w:rPr>
              <w:footnoteReference w:id="2"/>
            </w:r>
            <w:r w:rsidRPr="0020776E">
              <w:rPr>
                <w:sz w:val="20"/>
                <w:szCs w:val="20"/>
                <w:lang w:val="es-PE"/>
              </w:rPr>
              <w:t>:</w:t>
            </w:r>
          </w:p>
          <w:p w14:paraId="3412F2E9" w14:textId="77777777" w:rsidR="0020776E" w:rsidRPr="0020776E" w:rsidRDefault="0020776E" w:rsidP="0020776E">
            <w:pPr>
              <w:jc w:val="center"/>
              <w:rPr>
                <w:sz w:val="20"/>
                <w:szCs w:val="20"/>
                <w:lang w:val="es-PE"/>
              </w:rPr>
            </w:pPr>
          </w:p>
        </w:tc>
      </w:tr>
      <w:tr w:rsidR="0020776E" w:rsidRPr="00E51C1A" w14:paraId="075FA6E2" w14:textId="77777777" w:rsidTr="0020776E">
        <w:trPr>
          <w:trHeight w:val="284"/>
        </w:trPr>
        <w:tc>
          <w:tcPr>
            <w:tcW w:w="8780" w:type="dxa"/>
            <w:gridSpan w:val="4"/>
          </w:tcPr>
          <w:p w14:paraId="0126F0B2" w14:textId="77777777" w:rsidR="0020776E" w:rsidRPr="0020776E" w:rsidRDefault="0020776E" w:rsidP="0020776E">
            <w:pPr>
              <w:rPr>
                <w:sz w:val="20"/>
                <w:szCs w:val="20"/>
              </w:rPr>
            </w:pPr>
            <w:proofErr w:type="spellStart"/>
            <w:r w:rsidRPr="0020776E">
              <w:rPr>
                <w:sz w:val="20"/>
                <w:szCs w:val="20"/>
              </w:rPr>
              <w:t>Dirección</w:t>
            </w:r>
            <w:proofErr w:type="spellEnd"/>
            <w:r w:rsidRPr="0020776E">
              <w:rPr>
                <w:sz w:val="20"/>
                <w:szCs w:val="20"/>
              </w:rPr>
              <w:t>:</w:t>
            </w:r>
          </w:p>
          <w:p w14:paraId="4DEC9010" w14:textId="77777777" w:rsidR="0020776E" w:rsidRPr="0020776E" w:rsidRDefault="0020776E" w:rsidP="0020776E">
            <w:pPr>
              <w:jc w:val="center"/>
              <w:rPr>
                <w:sz w:val="20"/>
                <w:szCs w:val="20"/>
                <w:lang w:val="es-PE"/>
              </w:rPr>
            </w:pPr>
          </w:p>
        </w:tc>
      </w:tr>
      <w:tr w:rsidR="0020776E" w:rsidRPr="00E51C1A" w14:paraId="07E58274" w14:textId="77777777" w:rsidTr="0020776E">
        <w:trPr>
          <w:trHeight w:val="366"/>
        </w:trPr>
        <w:tc>
          <w:tcPr>
            <w:tcW w:w="2926" w:type="dxa"/>
          </w:tcPr>
          <w:p w14:paraId="7B91EEB6" w14:textId="77777777" w:rsidR="0020776E" w:rsidRPr="0020776E" w:rsidRDefault="0020776E" w:rsidP="0020776E">
            <w:pPr>
              <w:rPr>
                <w:sz w:val="20"/>
                <w:szCs w:val="20"/>
                <w:lang w:val="es-PE"/>
              </w:rPr>
            </w:pPr>
            <w:r w:rsidRPr="0020776E">
              <w:rPr>
                <w:sz w:val="20"/>
                <w:szCs w:val="20"/>
                <w:lang w:val="es-PE"/>
              </w:rPr>
              <w:t>Departamento:</w:t>
            </w:r>
          </w:p>
        </w:tc>
        <w:tc>
          <w:tcPr>
            <w:tcW w:w="2927" w:type="dxa"/>
            <w:gridSpan w:val="2"/>
          </w:tcPr>
          <w:p w14:paraId="287FA851" w14:textId="77777777" w:rsidR="0020776E" w:rsidRPr="0020776E" w:rsidRDefault="0020776E" w:rsidP="0020776E">
            <w:pPr>
              <w:rPr>
                <w:sz w:val="20"/>
                <w:szCs w:val="20"/>
                <w:lang w:val="es-PE"/>
              </w:rPr>
            </w:pPr>
            <w:r w:rsidRPr="0020776E">
              <w:rPr>
                <w:sz w:val="20"/>
                <w:szCs w:val="20"/>
                <w:lang w:val="es-PE"/>
              </w:rPr>
              <w:t>Provincia:</w:t>
            </w:r>
          </w:p>
        </w:tc>
        <w:tc>
          <w:tcPr>
            <w:tcW w:w="2927" w:type="dxa"/>
          </w:tcPr>
          <w:p w14:paraId="4468E9FE" w14:textId="77777777" w:rsidR="0020776E" w:rsidRPr="0020776E" w:rsidRDefault="0020776E" w:rsidP="0020776E">
            <w:pPr>
              <w:rPr>
                <w:sz w:val="20"/>
                <w:szCs w:val="20"/>
                <w:lang w:val="es-PE"/>
              </w:rPr>
            </w:pPr>
            <w:r w:rsidRPr="0020776E">
              <w:rPr>
                <w:sz w:val="20"/>
                <w:szCs w:val="20"/>
                <w:lang w:val="es-PE"/>
              </w:rPr>
              <w:t>Distrito:</w:t>
            </w:r>
          </w:p>
        </w:tc>
      </w:tr>
      <w:tr w:rsidR="0020776E" w:rsidRPr="00E51C1A" w14:paraId="78FDBCE5" w14:textId="77777777" w:rsidTr="0020776E">
        <w:trPr>
          <w:trHeight w:val="274"/>
        </w:trPr>
        <w:tc>
          <w:tcPr>
            <w:tcW w:w="4390" w:type="dxa"/>
            <w:gridSpan w:val="2"/>
          </w:tcPr>
          <w:p w14:paraId="0ACA5311" w14:textId="77777777" w:rsidR="0020776E" w:rsidRPr="0020776E" w:rsidRDefault="0020776E" w:rsidP="0020776E">
            <w:pPr>
              <w:rPr>
                <w:sz w:val="20"/>
                <w:szCs w:val="20"/>
                <w:lang w:val="es-PE"/>
              </w:rPr>
            </w:pPr>
            <w:proofErr w:type="spellStart"/>
            <w:r w:rsidRPr="0020776E">
              <w:rPr>
                <w:sz w:val="20"/>
                <w:szCs w:val="20"/>
              </w:rPr>
              <w:t>Teléfono</w:t>
            </w:r>
            <w:proofErr w:type="spellEnd"/>
            <w:r w:rsidRPr="0020776E">
              <w:rPr>
                <w:sz w:val="20"/>
                <w:szCs w:val="20"/>
              </w:rPr>
              <w:t>(s):</w:t>
            </w:r>
          </w:p>
        </w:tc>
        <w:tc>
          <w:tcPr>
            <w:tcW w:w="4390" w:type="dxa"/>
            <w:gridSpan w:val="2"/>
          </w:tcPr>
          <w:p w14:paraId="0EE16C20" w14:textId="77777777" w:rsidR="0020776E" w:rsidRPr="0020776E" w:rsidRDefault="0020776E" w:rsidP="0020776E">
            <w:pPr>
              <w:rPr>
                <w:sz w:val="20"/>
                <w:szCs w:val="20"/>
                <w:lang w:val="es-PE"/>
              </w:rPr>
            </w:pPr>
            <w:r w:rsidRPr="0020776E">
              <w:rPr>
                <w:sz w:val="20"/>
                <w:szCs w:val="20"/>
                <w:lang w:val="es-PE"/>
              </w:rPr>
              <w:t>Fax:</w:t>
            </w:r>
          </w:p>
        </w:tc>
      </w:tr>
      <w:tr w:rsidR="0020776E" w:rsidRPr="00E51C1A" w14:paraId="2855203B" w14:textId="77777777" w:rsidTr="0020776E">
        <w:trPr>
          <w:trHeight w:val="1132"/>
        </w:trPr>
        <w:tc>
          <w:tcPr>
            <w:tcW w:w="8780" w:type="dxa"/>
            <w:gridSpan w:val="4"/>
          </w:tcPr>
          <w:p w14:paraId="3944A304" w14:textId="77777777" w:rsidR="0020776E" w:rsidRPr="0020776E" w:rsidRDefault="0020776E" w:rsidP="0020776E">
            <w:pPr>
              <w:rPr>
                <w:sz w:val="20"/>
                <w:szCs w:val="20"/>
              </w:rPr>
            </w:pPr>
          </w:p>
          <w:p w14:paraId="192E93D1" w14:textId="77777777" w:rsidR="0020776E" w:rsidRPr="0020776E" w:rsidRDefault="0020776E" w:rsidP="0020776E">
            <w:pPr>
              <w:rPr>
                <w:sz w:val="20"/>
                <w:szCs w:val="20"/>
                <w:lang w:val="es-PE"/>
              </w:rPr>
            </w:pPr>
            <w:r w:rsidRPr="0020776E">
              <w:rPr>
                <w:sz w:val="20"/>
                <w:szCs w:val="20"/>
                <w:lang w:val="es-PE"/>
              </w:rPr>
              <w:t>Correo(s) Electrónico(s) Oficial(es) que usará la Unidad Formuladora³:</w:t>
            </w:r>
          </w:p>
          <w:p w14:paraId="2AE977B8" w14:textId="77777777" w:rsidR="0020776E" w:rsidRPr="0020776E" w:rsidRDefault="0020776E" w:rsidP="0020776E">
            <w:pPr>
              <w:rPr>
                <w:sz w:val="20"/>
                <w:szCs w:val="20"/>
                <w:lang w:val="es-PE"/>
              </w:rPr>
            </w:pPr>
            <w:r w:rsidRPr="0020776E">
              <w:rPr>
                <w:sz w:val="20"/>
                <w:szCs w:val="20"/>
                <w:lang w:val="es-PE"/>
              </w:rPr>
              <w:t xml:space="preserve">   @____________________   @____________________</w:t>
            </w:r>
          </w:p>
          <w:p w14:paraId="59A2898F" w14:textId="77777777" w:rsidR="0020776E" w:rsidRPr="0020776E" w:rsidRDefault="0020776E" w:rsidP="0020776E">
            <w:pPr>
              <w:rPr>
                <w:sz w:val="20"/>
                <w:szCs w:val="20"/>
                <w:lang w:val="es-PE"/>
              </w:rPr>
            </w:pPr>
            <w:r w:rsidRPr="0020776E">
              <w:rPr>
                <w:sz w:val="20"/>
                <w:szCs w:val="20"/>
                <w:lang w:val="es-PE"/>
              </w:rPr>
              <w:t xml:space="preserve">  @____________________   @____________________</w:t>
            </w:r>
          </w:p>
          <w:p w14:paraId="4B842A3C" w14:textId="77777777" w:rsidR="0020776E" w:rsidRPr="0020776E" w:rsidRDefault="0020776E" w:rsidP="0020776E">
            <w:pPr>
              <w:jc w:val="center"/>
              <w:rPr>
                <w:sz w:val="20"/>
                <w:szCs w:val="20"/>
                <w:lang w:val="es-PE"/>
              </w:rPr>
            </w:pPr>
          </w:p>
        </w:tc>
      </w:tr>
      <w:tr w:rsidR="0020776E" w:rsidRPr="00E51C1A" w14:paraId="0C646B3C" w14:textId="77777777" w:rsidTr="0020776E">
        <w:trPr>
          <w:trHeight w:val="387"/>
        </w:trPr>
        <w:tc>
          <w:tcPr>
            <w:tcW w:w="8780" w:type="dxa"/>
            <w:gridSpan w:val="4"/>
          </w:tcPr>
          <w:p w14:paraId="64C24881" w14:textId="77777777" w:rsidR="0020776E" w:rsidRPr="0020776E" w:rsidRDefault="0020776E" w:rsidP="0020776E">
            <w:pPr>
              <w:rPr>
                <w:b/>
                <w:bCs/>
                <w:sz w:val="20"/>
                <w:szCs w:val="20"/>
                <w:lang w:val="es-PE"/>
              </w:rPr>
            </w:pPr>
            <w:r w:rsidRPr="0020776E">
              <w:rPr>
                <w:b/>
                <w:bCs/>
                <w:sz w:val="20"/>
                <w:szCs w:val="20"/>
                <w:lang w:val="es-PE"/>
              </w:rPr>
              <w:t xml:space="preserve">II.- Datos del </w:t>
            </w:r>
            <w:proofErr w:type="gramStart"/>
            <w:r w:rsidRPr="0020776E">
              <w:rPr>
                <w:b/>
                <w:bCs/>
                <w:sz w:val="20"/>
                <w:szCs w:val="20"/>
                <w:lang w:val="es-PE"/>
              </w:rPr>
              <w:t>Responsable</w:t>
            </w:r>
            <w:proofErr w:type="gramEnd"/>
            <w:r w:rsidRPr="0020776E">
              <w:rPr>
                <w:b/>
                <w:bCs/>
                <w:sz w:val="20"/>
                <w:szCs w:val="20"/>
                <w:lang w:val="es-PE"/>
              </w:rPr>
              <w:t xml:space="preserve"> de la Unidad Formuladora:</w:t>
            </w:r>
          </w:p>
        </w:tc>
      </w:tr>
      <w:tr w:rsidR="0020776E" w:rsidRPr="00E51C1A" w14:paraId="65E964AC" w14:textId="77777777" w:rsidTr="0020776E">
        <w:trPr>
          <w:trHeight w:val="270"/>
        </w:trPr>
        <w:tc>
          <w:tcPr>
            <w:tcW w:w="4390" w:type="dxa"/>
            <w:gridSpan w:val="2"/>
            <w:vMerge w:val="restart"/>
          </w:tcPr>
          <w:p w14:paraId="0372A5A2" w14:textId="77777777" w:rsidR="0020776E" w:rsidRPr="0020776E" w:rsidRDefault="0020776E" w:rsidP="0020776E">
            <w:pPr>
              <w:jc w:val="center"/>
              <w:rPr>
                <w:sz w:val="20"/>
                <w:szCs w:val="20"/>
                <w:lang w:val="es-PE"/>
              </w:rPr>
            </w:pPr>
            <w:r w:rsidRPr="0020776E">
              <w:rPr>
                <w:sz w:val="20"/>
                <w:szCs w:val="20"/>
                <w:lang w:val="es-PE"/>
              </w:rPr>
              <w:t>Responsable de la Unidad Formuladora</w:t>
            </w:r>
          </w:p>
        </w:tc>
        <w:tc>
          <w:tcPr>
            <w:tcW w:w="4390" w:type="dxa"/>
            <w:gridSpan w:val="2"/>
          </w:tcPr>
          <w:p w14:paraId="6048DA3E" w14:textId="77777777" w:rsidR="0020776E" w:rsidRPr="0020776E" w:rsidRDefault="0020776E" w:rsidP="0020776E">
            <w:pPr>
              <w:rPr>
                <w:sz w:val="20"/>
                <w:szCs w:val="20"/>
                <w:lang w:val="es-PE"/>
              </w:rPr>
            </w:pPr>
            <w:proofErr w:type="spellStart"/>
            <w:r w:rsidRPr="0020776E">
              <w:rPr>
                <w:sz w:val="20"/>
                <w:szCs w:val="20"/>
              </w:rPr>
              <w:t>Nombres</w:t>
            </w:r>
            <w:proofErr w:type="spellEnd"/>
            <w:r w:rsidRPr="0020776E">
              <w:rPr>
                <w:sz w:val="20"/>
                <w:szCs w:val="20"/>
              </w:rPr>
              <w:t xml:space="preserve"> y </w:t>
            </w:r>
            <w:proofErr w:type="spellStart"/>
            <w:r w:rsidRPr="0020776E">
              <w:rPr>
                <w:sz w:val="20"/>
                <w:szCs w:val="20"/>
              </w:rPr>
              <w:t>Apellidos</w:t>
            </w:r>
            <w:proofErr w:type="spellEnd"/>
            <w:r w:rsidRPr="0020776E">
              <w:rPr>
                <w:sz w:val="20"/>
                <w:szCs w:val="20"/>
              </w:rPr>
              <w:t>:</w:t>
            </w:r>
          </w:p>
        </w:tc>
      </w:tr>
      <w:tr w:rsidR="0020776E" w:rsidRPr="00E51C1A" w14:paraId="664F203B" w14:textId="77777777" w:rsidTr="0020776E">
        <w:trPr>
          <w:trHeight w:val="540"/>
        </w:trPr>
        <w:tc>
          <w:tcPr>
            <w:tcW w:w="4390" w:type="dxa"/>
            <w:gridSpan w:val="2"/>
            <w:vMerge/>
          </w:tcPr>
          <w:p w14:paraId="45C806C1" w14:textId="77777777" w:rsidR="0020776E" w:rsidRPr="0020776E" w:rsidRDefault="0020776E" w:rsidP="0020776E">
            <w:pPr>
              <w:jc w:val="center"/>
              <w:rPr>
                <w:sz w:val="20"/>
                <w:szCs w:val="20"/>
                <w:lang w:val="es-PE"/>
              </w:rPr>
            </w:pPr>
          </w:p>
        </w:tc>
        <w:tc>
          <w:tcPr>
            <w:tcW w:w="4390" w:type="dxa"/>
            <w:gridSpan w:val="2"/>
          </w:tcPr>
          <w:p w14:paraId="25B80603" w14:textId="77777777" w:rsidR="0020776E" w:rsidRPr="0020776E" w:rsidRDefault="0020776E" w:rsidP="0020776E">
            <w:pPr>
              <w:rPr>
                <w:sz w:val="20"/>
                <w:szCs w:val="20"/>
              </w:rPr>
            </w:pPr>
            <w:r w:rsidRPr="0020776E">
              <w:rPr>
                <w:sz w:val="20"/>
                <w:szCs w:val="20"/>
              </w:rPr>
              <w:t>Cargo:</w:t>
            </w:r>
          </w:p>
          <w:p w14:paraId="1FCB6A26" w14:textId="77777777" w:rsidR="0020776E" w:rsidRPr="0020776E" w:rsidRDefault="0020776E" w:rsidP="0020776E">
            <w:pPr>
              <w:rPr>
                <w:sz w:val="20"/>
                <w:szCs w:val="20"/>
              </w:rPr>
            </w:pPr>
            <w:r w:rsidRPr="0020776E">
              <w:rPr>
                <w:sz w:val="20"/>
                <w:szCs w:val="20"/>
              </w:rPr>
              <w:t>DNI:</w:t>
            </w:r>
          </w:p>
          <w:p w14:paraId="59B3EB1A" w14:textId="77777777" w:rsidR="0020776E" w:rsidRPr="0020776E" w:rsidRDefault="0020776E" w:rsidP="0020776E">
            <w:pPr>
              <w:jc w:val="center"/>
              <w:rPr>
                <w:sz w:val="20"/>
                <w:szCs w:val="20"/>
                <w:lang w:val="es-PE"/>
              </w:rPr>
            </w:pPr>
          </w:p>
        </w:tc>
      </w:tr>
      <w:tr w:rsidR="0020776E" w:rsidRPr="00E51C1A" w14:paraId="5A30D164" w14:textId="77777777" w:rsidTr="0020776E">
        <w:trPr>
          <w:trHeight w:val="1194"/>
        </w:trPr>
        <w:tc>
          <w:tcPr>
            <w:tcW w:w="8780" w:type="dxa"/>
            <w:gridSpan w:val="4"/>
          </w:tcPr>
          <w:p w14:paraId="049464D5" w14:textId="77777777" w:rsidR="0020776E" w:rsidRDefault="0020776E" w:rsidP="0020776E">
            <w:pPr>
              <w:rPr>
                <w:lang w:val="es-PE"/>
              </w:rPr>
            </w:pPr>
          </w:p>
          <w:p w14:paraId="4BECFA59" w14:textId="77777777" w:rsidR="0020776E" w:rsidRDefault="0020776E" w:rsidP="0020776E">
            <w:pPr>
              <w:rPr>
                <w:lang w:val="es-PE"/>
              </w:rPr>
            </w:pPr>
            <w:r>
              <w:rPr>
                <w:noProof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2650BF1" wp14:editId="4987D126">
                      <wp:simplePos x="0" y="0"/>
                      <wp:positionH relativeFrom="column">
                        <wp:posOffset>2290445</wp:posOffset>
                      </wp:positionH>
                      <wp:positionV relativeFrom="paragraph">
                        <wp:posOffset>165735</wp:posOffset>
                      </wp:positionV>
                      <wp:extent cx="2952750" cy="0"/>
                      <wp:effectExtent l="0" t="0" r="0" b="0"/>
                      <wp:wrapNone/>
                      <wp:docPr id="1694395020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52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451D845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0.35pt,13.05pt" to="412.8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" strokecolor="black [3040]"/>
                  </w:pict>
                </mc:Fallback>
              </mc:AlternateContent>
            </w:r>
          </w:p>
          <w:p w14:paraId="5D4D004C" w14:textId="77777777" w:rsidR="0020776E" w:rsidRDefault="0020776E" w:rsidP="0020776E">
            <w:pPr>
              <w:ind w:left="3600"/>
              <w:rPr>
                <w:lang w:val="es-PE"/>
              </w:rPr>
            </w:pPr>
            <w:r w:rsidRPr="00E51C1A">
              <w:rPr>
                <w:lang w:val="es-PE"/>
              </w:rPr>
              <w:t xml:space="preserve">Nombre, firma y sello del </w:t>
            </w:r>
            <w:proofErr w:type="gramStart"/>
            <w:r w:rsidRPr="00E51C1A">
              <w:rPr>
                <w:lang w:val="es-PE"/>
              </w:rPr>
              <w:t>Responsable</w:t>
            </w:r>
            <w:proofErr w:type="gramEnd"/>
            <w:r w:rsidRPr="00E51C1A">
              <w:rPr>
                <w:lang w:val="es-PE"/>
              </w:rPr>
              <w:t xml:space="preserve"> de la OPMI</w:t>
            </w:r>
          </w:p>
          <w:p w14:paraId="6E1146E3" w14:textId="77777777" w:rsidR="0020776E" w:rsidRPr="0020776E" w:rsidRDefault="0020776E" w:rsidP="0020776E">
            <w:pPr>
              <w:rPr>
                <w:sz w:val="20"/>
                <w:szCs w:val="20"/>
                <w:lang w:val="es-PE"/>
              </w:rPr>
            </w:pPr>
            <w:r w:rsidRPr="0020776E">
              <w:rPr>
                <w:sz w:val="20"/>
                <w:szCs w:val="20"/>
                <w:lang w:val="es-PE"/>
              </w:rPr>
              <w:t xml:space="preserve">Para registrar o actualizar datos de una Unidad Formuladora, registro debe ser realizado por el </w:t>
            </w:r>
            <w:proofErr w:type="gramStart"/>
            <w:r w:rsidRPr="0020776E">
              <w:rPr>
                <w:sz w:val="20"/>
                <w:szCs w:val="20"/>
                <w:lang w:val="es-PE"/>
              </w:rPr>
              <w:t>Responsable</w:t>
            </w:r>
            <w:proofErr w:type="gramEnd"/>
            <w:r w:rsidRPr="0020776E">
              <w:rPr>
                <w:sz w:val="20"/>
                <w:szCs w:val="20"/>
                <w:lang w:val="es-PE"/>
              </w:rPr>
              <w:t xml:space="preserve"> de la OPMI.</w:t>
            </w:r>
          </w:p>
          <w:p w14:paraId="27D96628" w14:textId="77777777" w:rsidR="0020776E" w:rsidRPr="00E51C1A" w:rsidRDefault="0020776E" w:rsidP="0020776E">
            <w:pPr>
              <w:jc w:val="center"/>
              <w:rPr>
                <w:lang w:val="es-PE"/>
              </w:rPr>
            </w:pPr>
          </w:p>
        </w:tc>
      </w:tr>
      <w:tr w:rsidR="0020776E" w:rsidRPr="00E51C1A" w14:paraId="05F13AAF" w14:textId="77777777" w:rsidTr="0020776E">
        <w:trPr>
          <w:trHeight w:val="1046"/>
        </w:trPr>
        <w:tc>
          <w:tcPr>
            <w:tcW w:w="8780" w:type="dxa"/>
            <w:gridSpan w:val="4"/>
          </w:tcPr>
          <w:p w14:paraId="1DDDC066" w14:textId="77777777" w:rsidR="0020776E" w:rsidRPr="0020776E" w:rsidRDefault="0020776E" w:rsidP="0020776E">
            <w:pPr>
              <w:rPr>
                <w:sz w:val="20"/>
                <w:szCs w:val="20"/>
                <w:u w:val="single"/>
                <w:lang w:val="es-PE"/>
              </w:rPr>
            </w:pPr>
            <w:r w:rsidRPr="0020776E">
              <w:rPr>
                <w:sz w:val="20"/>
                <w:szCs w:val="20"/>
                <w:u w:val="single"/>
                <w:lang w:val="es-PE"/>
              </w:rPr>
              <w:t>EL REGISTRO O ACTUALIZACIÓN DE DATOS DE LA UNIDAD FORMULADORA SE REALIZA REGISTRANDO DIRECTAMENTE LA INFORMACIÓN EN EL APLICATIVO INFORMÁTICO DEL BANCO DE INVERSIONES. ESTE FORMATO NO DEBE SER REMITIDO A LA DGPMI.</w:t>
            </w:r>
          </w:p>
          <w:p w14:paraId="5F2ABF14" w14:textId="77777777" w:rsidR="0020776E" w:rsidRPr="00E51C1A" w:rsidRDefault="0020776E" w:rsidP="0020776E">
            <w:pPr>
              <w:jc w:val="center"/>
              <w:rPr>
                <w:lang w:val="es-PE"/>
              </w:rPr>
            </w:pPr>
          </w:p>
        </w:tc>
      </w:tr>
    </w:tbl>
    <w:p w14:paraId="6FAFFDC2" w14:textId="47A05059" w:rsidR="00040F1D" w:rsidRPr="00E51C1A" w:rsidRDefault="00040F1D" w:rsidP="00705C33">
      <w:pPr>
        <w:rPr>
          <w:lang w:val="es-PE"/>
        </w:rPr>
      </w:pPr>
    </w:p>
    <w:sectPr w:rsidR="00040F1D" w:rsidRPr="00E51C1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4AE9F" w14:textId="77777777" w:rsidR="006061FC" w:rsidRDefault="006061FC" w:rsidP="00A71091">
      <w:pPr>
        <w:spacing w:after="0" w:line="240" w:lineRule="auto"/>
      </w:pPr>
      <w:r>
        <w:separator/>
      </w:r>
    </w:p>
  </w:endnote>
  <w:endnote w:type="continuationSeparator" w:id="0">
    <w:p w14:paraId="323A4D0B" w14:textId="77777777" w:rsidR="006061FC" w:rsidRDefault="006061FC" w:rsidP="00A71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5D685E" w14:textId="77777777" w:rsidR="006061FC" w:rsidRDefault="006061FC" w:rsidP="00A71091">
      <w:pPr>
        <w:spacing w:after="0" w:line="240" w:lineRule="auto"/>
      </w:pPr>
      <w:r>
        <w:separator/>
      </w:r>
    </w:p>
  </w:footnote>
  <w:footnote w:type="continuationSeparator" w:id="0">
    <w:p w14:paraId="53858035" w14:textId="77777777" w:rsidR="006061FC" w:rsidRDefault="006061FC" w:rsidP="00A71091">
      <w:pPr>
        <w:spacing w:after="0" w:line="240" w:lineRule="auto"/>
      </w:pPr>
      <w:r>
        <w:continuationSeparator/>
      </w:r>
    </w:p>
  </w:footnote>
  <w:footnote w:id="1">
    <w:p w14:paraId="7A6F8C46" w14:textId="77777777" w:rsidR="0020776E" w:rsidRPr="0020776E" w:rsidRDefault="0020776E" w:rsidP="0020776E">
      <w:pPr>
        <w:pStyle w:val="Textonotapie"/>
        <w:rPr>
          <w:sz w:val="18"/>
          <w:szCs w:val="18"/>
          <w:lang w:val="es-PE"/>
        </w:rPr>
      </w:pPr>
      <w:r w:rsidRPr="0020776E">
        <w:rPr>
          <w:rStyle w:val="Refdenotaalpie"/>
          <w:sz w:val="18"/>
          <w:szCs w:val="18"/>
        </w:rPr>
        <w:footnoteRef/>
      </w:r>
      <w:r w:rsidRPr="0020776E">
        <w:rPr>
          <w:sz w:val="18"/>
          <w:szCs w:val="18"/>
          <w:lang w:val="es-PE"/>
        </w:rPr>
        <w:t xml:space="preserve"> Del Clasificador Institucional del Sistema Nacional de Programación Multianual y Gestión de Inversiones – Anexo </w:t>
      </w:r>
      <w:proofErr w:type="spellStart"/>
      <w:r w:rsidRPr="0020776E">
        <w:rPr>
          <w:sz w:val="18"/>
          <w:szCs w:val="18"/>
          <w:lang w:val="es-PE"/>
        </w:rPr>
        <w:t>N°</w:t>
      </w:r>
      <w:proofErr w:type="spellEnd"/>
      <w:r w:rsidRPr="0020776E">
        <w:rPr>
          <w:sz w:val="18"/>
          <w:szCs w:val="18"/>
          <w:lang w:val="es-PE"/>
        </w:rPr>
        <w:t xml:space="preserve"> 04.</w:t>
      </w:r>
    </w:p>
    <w:p w14:paraId="246541BB" w14:textId="77777777" w:rsidR="0020776E" w:rsidRPr="0020776E" w:rsidRDefault="0020776E" w:rsidP="0020776E">
      <w:pPr>
        <w:rPr>
          <w:sz w:val="18"/>
          <w:szCs w:val="18"/>
          <w:lang w:val="es-PE"/>
        </w:rPr>
      </w:pPr>
      <w:r w:rsidRPr="0020776E">
        <w:rPr>
          <w:sz w:val="18"/>
          <w:szCs w:val="18"/>
          <w:lang w:val="es-PE"/>
        </w:rPr>
        <w:t>² El Área u Órgano que se encargará las funciones de UF deberá estar dentro de aquella relacionada con las funciones sustantivas de la Entidad.</w:t>
      </w:r>
    </w:p>
    <w:p w14:paraId="5B9776C7" w14:textId="77777777" w:rsidR="0020776E" w:rsidRPr="00B43D70" w:rsidRDefault="0020776E" w:rsidP="0020776E">
      <w:pPr>
        <w:rPr>
          <w:sz w:val="18"/>
          <w:szCs w:val="18"/>
          <w:lang w:val="es-PE"/>
        </w:rPr>
      </w:pPr>
      <w:r w:rsidRPr="00B43D70">
        <w:rPr>
          <w:sz w:val="18"/>
          <w:szCs w:val="18"/>
          <w:lang w:val="es-PE"/>
        </w:rPr>
        <w:t>³ Sólo se registrarán los correos electrónicos que serán utilizados de acceso al Banco de Inversiones y demás comunicaciones electrónicas oficiales.</w:t>
      </w:r>
    </w:p>
    <w:p w14:paraId="5CB493F2" w14:textId="77777777" w:rsidR="0020776E" w:rsidRPr="0020776E" w:rsidRDefault="0020776E" w:rsidP="0020776E">
      <w:pPr>
        <w:rPr>
          <w:sz w:val="18"/>
          <w:szCs w:val="18"/>
          <w:lang w:val="es-PE"/>
        </w:rPr>
      </w:pPr>
      <w:r w:rsidRPr="00B43D70">
        <w:rPr>
          <w:sz w:val="18"/>
          <w:szCs w:val="18"/>
          <w:lang w:val="es-PE"/>
        </w:rPr>
        <w:t>⁴ Datos de acuerdo a la Clasificación Institucional y Clasificación Funcional Programática vigentes</w:t>
      </w:r>
    </w:p>
  </w:footnote>
  <w:footnote w:id="2">
    <w:p w14:paraId="169C9B16" w14:textId="77777777" w:rsidR="0020776E" w:rsidRPr="0020776E" w:rsidRDefault="0020776E" w:rsidP="0020776E">
      <w:pPr>
        <w:rPr>
          <w:sz w:val="18"/>
          <w:szCs w:val="18"/>
          <w:lang w:val="es-PE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14658718">
    <w:abstractNumId w:val="8"/>
  </w:num>
  <w:num w:numId="2" w16cid:durableId="1723821226">
    <w:abstractNumId w:val="6"/>
  </w:num>
  <w:num w:numId="3" w16cid:durableId="1299071344">
    <w:abstractNumId w:val="5"/>
  </w:num>
  <w:num w:numId="4" w16cid:durableId="542716844">
    <w:abstractNumId w:val="4"/>
  </w:num>
  <w:num w:numId="5" w16cid:durableId="1071195029">
    <w:abstractNumId w:val="7"/>
  </w:num>
  <w:num w:numId="6" w16cid:durableId="693923003">
    <w:abstractNumId w:val="3"/>
  </w:num>
  <w:num w:numId="7" w16cid:durableId="713384000">
    <w:abstractNumId w:val="2"/>
  </w:num>
  <w:num w:numId="8" w16cid:durableId="830953327">
    <w:abstractNumId w:val="1"/>
  </w:num>
  <w:num w:numId="9" w16cid:durableId="346978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0F1D"/>
    <w:rsid w:val="0006063C"/>
    <w:rsid w:val="0015074B"/>
    <w:rsid w:val="0020776E"/>
    <w:rsid w:val="0029639D"/>
    <w:rsid w:val="00326F90"/>
    <w:rsid w:val="006061FC"/>
    <w:rsid w:val="00705C33"/>
    <w:rsid w:val="00A71091"/>
    <w:rsid w:val="00AA1D8D"/>
    <w:rsid w:val="00B47730"/>
    <w:rsid w:val="00BD51D5"/>
    <w:rsid w:val="00CA28DF"/>
    <w:rsid w:val="00CB0664"/>
    <w:rsid w:val="00E51C1A"/>
    <w:rsid w:val="00FC693F"/>
    <w:rsid w:val="00FC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5A037953"/>
  <w14:defaultImageDpi w14:val="300"/>
  <w15:docId w15:val="{9CE959CE-8115-4B94-85F9-3BFC85E1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onotapie">
    <w:name w:val="footnote text"/>
    <w:basedOn w:val="Normal"/>
    <w:link w:val="TextonotapieCar"/>
    <w:uiPriority w:val="99"/>
    <w:semiHidden/>
    <w:unhideWhenUsed/>
    <w:rsid w:val="00A7109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7109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A7109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924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1089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yulianaelsa95@gmail.com</cp:lastModifiedBy>
  <cp:revision>2</cp:revision>
  <dcterms:created xsi:type="dcterms:W3CDTF">2025-09-05T15:20:00Z</dcterms:created>
  <dcterms:modified xsi:type="dcterms:W3CDTF">2025-09-05T15:20:00Z</dcterms:modified>
  <cp:category/>
</cp:coreProperties>
</file>